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B821CA" w14:textId="77777777" w:rsidR="00715F11" w:rsidRPr="001E4D9D" w:rsidRDefault="000D72B6">
      <w:pPr>
        <w:pStyle w:val="Titel"/>
        <w:rPr>
          <w:lang w:val="nl-NL"/>
        </w:rPr>
      </w:pPr>
      <w:r w:rsidRPr="001E4D9D">
        <w:rPr>
          <w:lang w:val="nl-NL"/>
        </w:rPr>
        <w:t>Voorbeeld aanvraagformulier WOP</w:t>
      </w:r>
    </w:p>
    <w:p w14:paraId="2BF51DDF" w14:textId="77777777" w:rsidR="00715F11" w:rsidRPr="001E4D9D" w:rsidRDefault="000D72B6">
      <w:pPr>
        <w:rPr>
          <w:color w:val="EE0000"/>
          <w:lang w:val="nl-NL"/>
        </w:rPr>
      </w:pPr>
      <w:r w:rsidRPr="001E4D9D">
        <w:rPr>
          <w:b/>
          <w:color w:val="EE0000"/>
          <w:lang w:val="nl-NL"/>
        </w:rPr>
        <w:t xml:space="preserve">Alleen ter voorbereiding. Dit Word-document kun je niet indienen als aanvraag. Dien je aanvraag in via het online formulier met </w:t>
      </w:r>
      <w:proofErr w:type="spellStart"/>
      <w:r w:rsidRPr="001E4D9D">
        <w:rPr>
          <w:b/>
          <w:color w:val="EE0000"/>
          <w:lang w:val="nl-NL"/>
        </w:rPr>
        <w:t>eHerkenning</w:t>
      </w:r>
      <w:proofErr w:type="spellEnd"/>
      <w:r w:rsidRPr="001E4D9D">
        <w:rPr>
          <w:b/>
          <w:color w:val="EE0000"/>
          <w:lang w:val="nl-NL"/>
        </w:rPr>
        <w:t>.</w:t>
      </w:r>
    </w:p>
    <w:p w14:paraId="5E069C3A" w14:textId="77777777" w:rsidR="000D72B6" w:rsidRPr="001E4D9D" w:rsidRDefault="000D72B6" w:rsidP="00B528E3">
      <w:pPr>
        <w:pStyle w:val="Kop1"/>
        <w:rPr>
          <w:lang w:val="nl-NL"/>
        </w:rPr>
      </w:pPr>
      <w:r w:rsidRPr="001E4D9D">
        <w:rPr>
          <w:lang w:val="nl-NL"/>
        </w:rPr>
        <w:t>Inleiding</w:t>
      </w:r>
    </w:p>
    <w:p w14:paraId="3F95E65B" w14:textId="77777777" w:rsidR="000D72B6" w:rsidRPr="001E4D9D" w:rsidRDefault="000D72B6" w:rsidP="00B528E3">
      <w:pPr>
        <w:rPr>
          <w:lang w:val="nl-NL"/>
        </w:rPr>
      </w:pPr>
      <w:r w:rsidRPr="001E4D9D">
        <w:rPr>
          <w:lang w:val="nl-NL"/>
        </w:rPr>
        <w:t>Met dit formulier vraag je subsidie aan voor het sociaal beheer van één of meer wijkontmoetingsplekken in Amersfoort. De subsidie is voor twee kalenderjaren: 2027 en 2028.</w:t>
      </w:r>
    </w:p>
    <w:p w14:paraId="74B2FE75" w14:textId="77777777" w:rsidR="000D72B6" w:rsidRPr="00B528E3" w:rsidRDefault="000D72B6" w:rsidP="00B528E3">
      <w:r w:rsidRPr="001E4D9D">
        <w:rPr>
          <w:lang w:val="nl-NL"/>
        </w:rPr>
        <w:t xml:space="preserve">De subsidie is een vast bedrag per categorie. </w:t>
      </w:r>
      <w:r w:rsidRPr="00B528E3">
        <w:t xml:space="preserve">Per </w:t>
      </w:r>
      <w:proofErr w:type="spellStart"/>
      <w:r w:rsidRPr="00B528E3">
        <w:t>kalenderjaar</w:t>
      </w:r>
      <w:proofErr w:type="spellEnd"/>
      <w:r w:rsidRPr="00B528E3">
        <w:t xml:space="preserve"> </w:t>
      </w:r>
      <w:proofErr w:type="spellStart"/>
      <w:r w:rsidRPr="00B528E3">
        <w:t>geldt</w:t>
      </w:r>
      <w:proofErr w:type="spellEnd"/>
      <w:r w:rsidRPr="00B528E3">
        <w:t>:</w:t>
      </w:r>
    </w:p>
    <w:p w14:paraId="11D8C0B3" w14:textId="77777777" w:rsidR="000D72B6" w:rsidRPr="00B528E3" w:rsidRDefault="000D72B6" w:rsidP="00B528E3">
      <w:pPr>
        <w:pStyle w:val="Lijstopsomteken"/>
      </w:pPr>
      <w:r w:rsidRPr="00B528E3">
        <w:t>categorie A: € 31.250 per jaar;</w:t>
      </w:r>
    </w:p>
    <w:p w14:paraId="43653F9C" w14:textId="77777777" w:rsidR="000D72B6" w:rsidRPr="00B528E3" w:rsidRDefault="000D72B6" w:rsidP="00B528E3">
      <w:pPr>
        <w:pStyle w:val="Lijstopsomteken"/>
      </w:pPr>
      <w:r w:rsidRPr="00B528E3">
        <w:t>categorie B: € 56.250 per jaar;</w:t>
      </w:r>
    </w:p>
    <w:p w14:paraId="1E46206F" w14:textId="77777777" w:rsidR="000D72B6" w:rsidRPr="00B528E3" w:rsidRDefault="000D72B6" w:rsidP="00B528E3">
      <w:pPr>
        <w:pStyle w:val="Lijstopsomteken"/>
      </w:pPr>
      <w:r w:rsidRPr="00B528E3">
        <w:t>categorie C: € 87.500 per jaar.</w:t>
      </w:r>
    </w:p>
    <w:p w14:paraId="03571739" w14:textId="77777777" w:rsidR="000D72B6" w:rsidRPr="001E4D9D" w:rsidRDefault="000D72B6" w:rsidP="00B528E3">
      <w:pPr>
        <w:rPr>
          <w:lang w:val="nl-NL"/>
        </w:rPr>
      </w:pPr>
      <w:r w:rsidRPr="001E4D9D">
        <w:rPr>
          <w:lang w:val="nl-NL"/>
        </w:rPr>
        <w:t>Je kiest in dit formulier alleen de categorie die bij de wijkontmoetingsplek past. Het subsidiebedrag volgt automatisch uit die categorie.</w:t>
      </w:r>
    </w:p>
    <w:p w14:paraId="3F229177" w14:textId="77777777" w:rsidR="000D72B6" w:rsidRPr="001E4D9D" w:rsidRDefault="000D72B6" w:rsidP="00B528E3">
      <w:pPr>
        <w:pStyle w:val="Kop2"/>
        <w:rPr>
          <w:lang w:val="nl-NL"/>
        </w:rPr>
      </w:pPr>
      <w:r w:rsidRPr="001E4D9D">
        <w:rPr>
          <w:lang w:val="nl-NL"/>
        </w:rPr>
        <w:t>Wat heb je nodig?</w:t>
      </w:r>
    </w:p>
    <w:p w14:paraId="2C335F11" w14:textId="77777777" w:rsidR="000D72B6" w:rsidRPr="001E4D9D" w:rsidRDefault="000D72B6" w:rsidP="00B528E3">
      <w:pPr>
        <w:pStyle w:val="Lijstopsomteken"/>
        <w:rPr>
          <w:lang w:val="nl-NL"/>
        </w:rPr>
      </w:pPr>
      <w:r w:rsidRPr="001E4D9D">
        <w:rPr>
          <w:lang w:val="nl-NL"/>
        </w:rPr>
        <w:t>gegevens van de organisatie die de aanvraag doet;</w:t>
      </w:r>
    </w:p>
    <w:p w14:paraId="49D2EB0A" w14:textId="77777777" w:rsidR="000D72B6" w:rsidRPr="001E4D9D" w:rsidRDefault="000D72B6" w:rsidP="00B528E3">
      <w:pPr>
        <w:pStyle w:val="Lijstopsomteken"/>
        <w:rPr>
          <w:lang w:val="nl-NL"/>
        </w:rPr>
      </w:pPr>
      <w:r w:rsidRPr="001E4D9D">
        <w:rPr>
          <w:lang w:val="nl-NL"/>
        </w:rPr>
        <w:t>informatie over openingstijden, activiteiten, bezoekers, vrijwilligers, netwerkpartners en sociaal beheer;</w:t>
      </w:r>
    </w:p>
    <w:p w14:paraId="3B8FACA2" w14:textId="77777777" w:rsidR="000D72B6" w:rsidRPr="00B528E3" w:rsidRDefault="000D72B6" w:rsidP="00B528E3">
      <w:pPr>
        <w:pStyle w:val="Lijstopsomteken"/>
      </w:pPr>
      <w:proofErr w:type="spellStart"/>
      <w:r w:rsidRPr="00B528E3">
        <w:t>een</w:t>
      </w:r>
      <w:proofErr w:type="spellEnd"/>
      <w:r w:rsidRPr="00B528E3">
        <w:t xml:space="preserve"> plan </w:t>
      </w:r>
      <w:proofErr w:type="spellStart"/>
      <w:r w:rsidRPr="00B528E3">
        <w:t>voor</w:t>
      </w:r>
      <w:proofErr w:type="spellEnd"/>
      <w:r w:rsidRPr="00B528E3">
        <w:t xml:space="preserve"> 2027 en 2028;</w:t>
      </w:r>
    </w:p>
    <w:p w14:paraId="11DEA011" w14:textId="77777777" w:rsidR="000D72B6" w:rsidRPr="001E4D9D" w:rsidRDefault="000D72B6" w:rsidP="00B528E3">
      <w:pPr>
        <w:pStyle w:val="Lijstopsomteken"/>
        <w:rPr>
          <w:lang w:val="nl-NL"/>
        </w:rPr>
      </w:pPr>
      <w:r w:rsidRPr="001E4D9D">
        <w:rPr>
          <w:lang w:val="nl-NL"/>
        </w:rPr>
        <w:t>een sluitende begroting voor beide jaren;</w:t>
      </w:r>
    </w:p>
    <w:p w14:paraId="24AF5E28" w14:textId="77777777" w:rsidR="000D72B6" w:rsidRPr="001E4D9D" w:rsidRDefault="000D72B6" w:rsidP="00B528E3">
      <w:pPr>
        <w:pStyle w:val="Lijstopsomteken"/>
        <w:rPr>
          <w:lang w:val="nl-NL"/>
        </w:rPr>
      </w:pPr>
      <w:r w:rsidRPr="001E4D9D">
        <w:rPr>
          <w:lang w:val="nl-NL"/>
        </w:rPr>
        <w:t>bij een eerste aanvraag: een recent KvK-uittreksel, de statuten of het reglement en de bestuurssamenstelling.</w:t>
      </w:r>
    </w:p>
    <w:p w14:paraId="74B1E438" w14:textId="77777777" w:rsidR="00715F11" w:rsidRPr="001E4D9D" w:rsidRDefault="000D72B6">
      <w:pPr>
        <w:rPr>
          <w:lang w:val="nl-NL"/>
        </w:rPr>
      </w:pPr>
      <w:r w:rsidRPr="001E4D9D">
        <w:rPr>
          <w:lang w:val="nl-NL"/>
        </w:rPr>
        <w:br w:type="page"/>
      </w:r>
    </w:p>
    <w:p w14:paraId="2199CD8F" w14:textId="77777777" w:rsidR="000D72B6" w:rsidRPr="001E4D9D" w:rsidRDefault="000D72B6" w:rsidP="00B528E3">
      <w:pPr>
        <w:pStyle w:val="Kop1"/>
        <w:rPr>
          <w:lang w:val="nl-NL"/>
        </w:rPr>
      </w:pPr>
      <w:r w:rsidRPr="001E4D9D">
        <w:rPr>
          <w:lang w:val="nl-NL"/>
        </w:rPr>
        <w:lastRenderedPageBreak/>
        <w:t>Gegevens van de wijkontmoetingsplek</w:t>
      </w:r>
    </w:p>
    <w:p w14:paraId="246FB6AD" w14:textId="77777777" w:rsidR="000D72B6" w:rsidRPr="001E4D9D" w:rsidRDefault="000D72B6" w:rsidP="00B528E3">
      <w:pPr>
        <w:rPr>
          <w:lang w:val="nl-NL"/>
        </w:rPr>
      </w:pPr>
      <w:r w:rsidRPr="001E4D9D">
        <w:rPr>
          <w:lang w:val="nl-NL"/>
        </w:rPr>
        <w:t>Vul hieronder de gegevens in van de wijkontmoetingsplek(ken) waarvoor je subsidie aanvraagt.</w:t>
      </w:r>
    </w:p>
    <w:p w14:paraId="6CBFC883" w14:textId="77777777" w:rsidR="000D72B6" w:rsidRPr="00B528E3" w:rsidRDefault="000D72B6" w:rsidP="00B528E3">
      <w:bookmarkStart w:id="0" w:name="sub_wijkontmoetingsplek_straat"/>
      <w:bookmarkEnd w:id="0"/>
      <w:proofErr w:type="spellStart"/>
      <w:r w:rsidRPr="00B528E3">
        <w:rPr>
          <w:b/>
        </w:rPr>
        <w:t>Straat</w:t>
      </w:r>
      <w:proofErr w:type="spellEnd"/>
      <w:r w:rsidRPr="00B528E3">
        <w:rPr>
          <w:b/>
        </w:rPr>
        <w:t>:</w:t>
      </w:r>
    </w:p>
    <w:tbl>
      <w:tblPr>
        <w:tblW w:w="0" w:type="auto"/>
        <w:tblLayout w:type="fixed"/>
        <w:tblLook w:val="04A0" w:firstRow="1" w:lastRow="0" w:firstColumn="1" w:lastColumn="0" w:noHBand="0" w:noVBand="1"/>
      </w:tblPr>
      <w:tblGrid>
        <w:gridCol w:w="9638"/>
      </w:tblGrid>
      <w:tr w:rsidR="00715F11" w14:paraId="2F40AA4C" w14:textId="77777777">
        <w:trPr>
          <w:trHeight w:val="374"/>
        </w:trPr>
        <w:tc>
          <w:tcPr>
            <w:tcW w:w="9638" w:type="dxa"/>
            <w:tcBorders>
              <w:top w:val="single" w:sz="4" w:space="0" w:color="B7C7D0"/>
              <w:left w:val="single" w:sz="4" w:space="0" w:color="B7C7D0"/>
              <w:bottom w:val="single" w:sz="4" w:space="0" w:color="B7C7D0"/>
              <w:right w:val="single" w:sz="4" w:space="0" w:color="B7C7D0"/>
            </w:tcBorders>
            <w:shd w:val="clear" w:color="auto" w:fill="F2F6F8"/>
            <w:tcMar>
              <w:top w:w="110" w:type="dxa"/>
              <w:left w:w="110" w:type="dxa"/>
              <w:bottom w:w="110" w:type="dxa"/>
              <w:right w:w="110" w:type="dxa"/>
            </w:tcMar>
          </w:tcPr>
          <w:p w14:paraId="678D353F" w14:textId="77777777" w:rsidR="00715F11" w:rsidRDefault="000D72B6">
            <w:pPr>
              <w:spacing w:after="0"/>
            </w:pPr>
            <w:sdt>
              <w:sdtPr>
                <w:alias w:val="Invulveld"/>
                <w:tag w:val="antwoord_101"/>
                <w:id w:val="101"/>
                <w:text w:multiLine="1"/>
              </w:sdtPr>
              <w:sdtEndPr/>
              <w:sdtContent>
                <w:r>
                  <w:t xml:space="preserve"> </w:t>
                </w:r>
              </w:sdtContent>
            </w:sdt>
          </w:p>
        </w:tc>
      </w:tr>
    </w:tbl>
    <w:p w14:paraId="5ED1FB7A" w14:textId="77777777" w:rsidR="00715F11" w:rsidRDefault="00715F11">
      <w:pPr>
        <w:spacing w:after="20"/>
      </w:pPr>
    </w:p>
    <w:p w14:paraId="7C398452" w14:textId="77777777" w:rsidR="000D72B6" w:rsidRPr="00B528E3" w:rsidRDefault="000D72B6" w:rsidP="00B528E3">
      <w:bookmarkStart w:id="1" w:name="sub_wijkontmoetingsplek_huisnummer"/>
      <w:bookmarkEnd w:id="1"/>
      <w:r w:rsidRPr="00B528E3">
        <w:rPr>
          <w:b/>
        </w:rPr>
        <w:t>Huisnummer</w:t>
      </w:r>
    </w:p>
    <w:tbl>
      <w:tblPr>
        <w:tblW w:w="0" w:type="auto"/>
        <w:tblLayout w:type="fixed"/>
        <w:tblLook w:val="04A0" w:firstRow="1" w:lastRow="0" w:firstColumn="1" w:lastColumn="0" w:noHBand="0" w:noVBand="1"/>
      </w:tblPr>
      <w:tblGrid>
        <w:gridCol w:w="9638"/>
      </w:tblGrid>
      <w:tr w:rsidR="00715F11" w14:paraId="538718F6" w14:textId="77777777">
        <w:trPr>
          <w:trHeight w:val="374"/>
        </w:trPr>
        <w:tc>
          <w:tcPr>
            <w:tcW w:w="9638" w:type="dxa"/>
            <w:tcBorders>
              <w:top w:val="single" w:sz="4" w:space="0" w:color="B7C7D0"/>
              <w:left w:val="single" w:sz="4" w:space="0" w:color="B7C7D0"/>
              <w:bottom w:val="single" w:sz="4" w:space="0" w:color="B7C7D0"/>
              <w:right w:val="single" w:sz="4" w:space="0" w:color="B7C7D0"/>
            </w:tcBorders>
            <w:shd w:val="clear" w:color="auto" w:fill="F2F6F8"/>
            <w:tcMar>
              <w:top w:w="110" w:type="dxa"/>
              <w:left w:w="110" w:type="dxa"/>
              <w:bottom w:w="110" w:type="dxa"/>
              <w:right w:w="110" w:type="dxa"/>
            </w:tcMar>
          </w:tcPr>
          <w:p w14:paraId="38A9574E" w14:textId="77777777" w:rsidR="00715F11" w:rsidRDefault="000D72B6">
            <w:pPr>
              <w:spacing w:after="0"/>
            </w:pPr>
            <w:sdt>
              <w:sdtPr>
                <w:alias w:val="Invulveld"/>
                <w:tag w:val="antwoord_102"/>
                <w:id w:val="102"/>
                <w:text w:multiLine="1"/>
              </w:sdtPr>
              <w:sdtEndPr/>
              <w:sdtContent>
                <w:r>
                  <w:t xml:space="preserve"> </w:t>
                </w:r>
              </w:sdtContent>
            </w:sdt>
          </w:p>
        </w:tc>
      </w:tr>
    </w:tbl>
    <w:p w14:paraId="00D5761B" w14:textId="77777777" w:rsidR="00715F11" w:rsidRDefault="00715F11">
      <w:pPr>
        <w:spacing w:after="20"/>
      </w:pPr>
    </w:p>
    <w:p w14:paraId="2C515393" w14:textId="77777777" w:rsidR="000D72B6" w:rsidRPr="00B528E3" w:rsidRDefault="000D72B6" w:rsidP="00B528E3">
      <w:bookmarkStart w:id="2" w:name="sub_wijkontmoetingsplek_postcode"/>
      <w:bookmarkEnd w:id="2"/>
      <w:r w:rsidRPr="00B528E3">
        <w:rPr>
          <w:b/>
        </w:rPr>
        <w:t>Postcode</w:t>
      </w:r>
    </w:p>
    <w:tbl>
      <w:tblPr>
        <w:tblW w:w="0" w:type="auto"/>
        <w:tblLayout w:type="fixed"/>
        <w:tblLook w:val="04A0" w:firstRow="1" w:lastRow="0" w:firstColumn="1" w:lastColumn="0" w:noHBand="0" w:noVBand="1"/>
      </w:tblPr>
      <w:tblGrid>
        <w:gridCol w:w="9638"/>
      </w:tblGrid>
      <w:tr w:rsidR="00715F11" w14:paraId="335C0C6E" w14:textId="77777777">
        <w:trPr>
          <w:trHeight w:val="374"/>
        </w:trPr>
        <w:tc>
          <w:tcPr>
            <w:tcW w:w="9638" w:type="dxa"/>
            <w:tcBorders>
              <w:top w:val="single" w:sz="4" w:space="0" w:color="B7C7D0"/>
              <w:left w:val="single" w:sz="4" w:space="0" w:color="B7C7D0"/>
              <w:bottom w:val="single" w:sz="4" w:space="0" w:color="B7C7D0"/>
              <w:right w:val="single" w:sz="4" w:space="0" w:color="B7C7D0"/>
            </w:tcBorders>
            <w:shd w:val="clear" w:color="auto" w:fill="F2F6F8"/>
            <w:tcMar>
              <w:top w:w="110" w:type="dxa"/>
              <w:left w:w="110" w:type="dxa"/>
              <w:bottom w:w="110" w:type="dxa"/>
              <w:right w:w="110" w:type="dxa"/>
            </w:tcMar>
          </w:tcPr>
          <w:p w14:paraId="18208A08" w14:textId="77777777" w:rsidR="00715F11" w:rsidRDefault="000D72B6">
            <w:pPr>
              <w:spacing w:after="0"/>
            </w:pPr>
            <w:sdt>
              <w:sdtPr>
                <w:alias w:val="Invulveld"/>
                <w:tag w:val="antwoord_103"/>
                <w:id w:val="103"/>
                <w:text w:multiLine="1"/>
              </w:sdtPr>
              <w:sdtEndPr/>
              <w:sdtContent>
                <w:r>
                  <w:t xml:space="preserve"> </w:t>
                </w:r>
              </w:sdtContent>
            </w:sdt>
          </w:p>
        </w:tc>
      </w:tr>
    </w:tbl>
    <w:p w14:paraId="6D55ADCA" w14:textId="77777777" w:rsidR="00715F11" w:rsidRDefault="00715F11">
      <w:pPr>
        <w:spacing w:after="20"/>
      </w:pPr>
    </w:p>
    <w:p w14:paraId="6723A5E0" w14:textId="77777777" w:rsidR="000D72B6" w:rsidRPr="00B528E3" w:rsidRDefault="000D72B6" w:rsidP="00B528E3">
      <w:bookmarkStart w:id="3" w:name="sub_wijkontmoetingsplek_contactpersoon"/>
      <w:bookmarkEnd w:id="3"/>
      <w:r w:rsidRPr="00B528E3">
        <w:rPr>
          <w:b/>
        </w:rPr>
        <w:t>Contactpersoon</w:t>
      </w:r>
    </w:p>
    <w:tbl>
      <w:tblPr>
        <w:tblW w:w="0" w:type="auto"/>
        <w:tblLayout w:type="fixed"/>
        <w:tblLook w:val="04A0" w:firstRow="1" w:lastRow="0" w:firstColumn="1" w:lastColumn="0" w:noHBand="0" w:noVBand="1"/>
      </w:tblPr>
      <w:tblGrid>
        <w:gridCol w:w="9638"/>
      </w:tblGrid>
      <w:tr w:rsidR="00715F11" w14:paraId="0F9D5ECC" w14:textId="77777777">
        <w:trPr>
          <w:trHeight w:val="374"/>
        </w:trPr>
        <w:tc>
          <w:tcPr>
            <w:tcW w:w="9638" w:type="dxa"/>
            <w:tcBorders>
              <w:top w:val="single" w:sz="4" w:space="0" w:color="B7C7D0"/>
              <w:left w:val="single" w:sz="4" w:space="0" w:color="B7C7D0"/>
              <w:bottom w:val="single" w:sz="4" w:space="0" w:color="B7C7D0"/>
              <w:right w:val="single" w:sz="4" w:space="0" w:color="B7C7D0"/>
            </w:tcBorders>
            <w:shd w:val="clear" w:color="auto" w:fill="F2F6F8"/>
            <w:tcMar>
              <w:top w:w="110" w:type="dxa"/>
              <w:left w:w="110" w:type="dxa"/>
              <w:bottom w:w="110" w:type="dxa"/>
              <w:right w:w="110" w:type="dxa"/>
            </w:tcMar>
          </w:tcPr>
          <w:p w14:paraId="0AF90E11" w14:textId="77777777" w:rsidR="00715F11" w:rsidRDefault="000D72B6">
            <w:pPr>
              <w:spacing w:after="0"/>
            </w:pPr>
            <w:sdt>
              <w:sdtPr>
                <w:alias w:val="Invulveld"/>
                <w:tag w:val="antwoord_104"/>
                <w:id w:val="104"/>
                <w:text w:multiLine="1"/>
              </w:sdtPr>
              <w:sdtEndPr/>
              <w:sdtContent>
                <w:r>
                  <w:t xml:space="preserve"> </w:t>
                </w:r>
              </w:sdtContent>
            </w:sdt>
          </w:p>
        </w:tc>
      </w:tr>
    </w:tbl>
    <w:p w14:paraId="234A6990" w14:textId="77777777" w:rsidR="00715F11" w:rsidRDefault="00715F11">
      <w:pPr>
        <w:spacing w:after="20"/>
      </w:pPr>
    </w:p>
    <w:p w14:paraId="47D7C22D" w14:textId="77777777" w:rsidR="000D72B6" w:rsidRPr="00B528E3" w:rsidRDefault="000D72B6" w:rsidP="00B528E3">
      <w:bookmarkStart w:id="4" w:name="sub_wijkontmoetingsplek_telefoonnummer"/>
      <w:bookmarkEnd w:id="4"/>
      <w:r w:rsidRPr="00B528E3">
        <w:rPr>
          <w:b/>
        </w:rPr>
        <w:t>Telefoonnummer</w:t>
      </w:r>
    </w:p>
    <w:tbl>
      <w:tblPr>
        <w:tblW w:w="0" w:type="auto"/>
        <w:tblLayout w:type="fixed"/>
        <w:tblLook w:val="04A0" w:firstRow="1" w:lastRow="0" w:firstColumn="1" w:lastColumn="0" w:noHBand="0" w:noVBand="1"/>
      </w:tblPr>
      <w:tblGrid>
        <w:gridCol w:w="9638"/>
      </w:tblGrid>
      <w:tr w:rsidR="00715F11" w14:paraId="0E2D989A" w14:textId="77777777">
        <w:trPr>
          <w:trHeight w:val="374"/>
        </w:trPr>
        <w:tc>
          <w:tcPr>
            <w:tcW w:w="9638" w:type="dxa"/>
            <w:tcBorders>
              <w:top w:val="single" w:sz="4" w:space="0" w:color="B7C7D0"/>
              <w:left w:val="single" w:sz="4" w:space="0" w:color="B7C7D0"/>
              <w:bottom w:val="single" w:sz="4" w:space="0" w:color="B7C7D0"/>
              <w:right w:val="single" w:sz="4" w:space="0" w:color="B7C7D0"/>
            </w:tcBorders>
            <w:shd w:val="clear" w:color="auto" w:fill="F2F6F8"/>
            <w:tcMar>
              <w:top w:w="110" w:type="dxa"/>
              <w:left w:w="110" w:type="dxa"/>
              <w:bottom w:w="110" w:type="dxa"/>
              <w:right w:w="110" w:type="dxa"/>
            </w:tcMar>
          </w:tcPr>
          <w:p w14:paraId="78C08EA7" w14:textId="77777777" w:rsidR="00715F11" w:rsidRDefault="000D72B6">
            <w:pPr>
              <w:spacing w:after="0"/>
            </w:pPr>
            <w:sdt>
              <w:sdtPr>
                <w:alias w:val="Invulveld"/>
                <w:tag w:val="antwoord_105"/>
                <w:id w:val="105"/>
                <w:text w:multiLine="1"/>
              </w:sdtPr>
              <w:sdtEndPr/>
              <w:sdtContent>
                <w:r>
                  <w:t xml:space="preserve"> </w:t>
                </w:r>
              </w:sdtContent>
            </w:sdt>
          </w:p>
        </w:tc>
      </w:tr>
    </w:tbl>
    <w:p w14:paraId="06441035" w14:textId="77777777" w:rsidR="00715F11" w:rsidRDefault="00715F11">
      <w:pPr>
        <w:spacing w:after="20"/>
      </w:pPr>
    </w:p>
    <w:p w14:paraId="4963B89E" w14:textId="77777777" w:rsidR="000D72B6" w:rsidRPr="00B528E3" w:rsidRDefault="000D72B6" w:rsidP="00B528E3">
      <w:bookmarkStart w:id="5" w:name="sub_wijkontmoetingsplek_website"/>
      <w:bookmarkEnd w:id="5"/>
      <w:r w:rsidRPr="00B528E3">
        <w:rPr>
          <w:b/>
        </w:rPr>
        <w:t>Website</w:t>
      </w:r>
    </w:p>
    <w:tbl>
      <w:tblPr>
        <w:tblW w:w="0" w:type="auto"/>
        <w:tblLayout w:type="fixed"/>
        <w:tblLook w:val="04A0" w:firstRow="1" w:lastRow="0" w:firstColumn="1" w:lastColumn="0" w:noHBand="0" w:noVBand="1"/>
      </w:tblPr>
      <w:tblGrid>
        <w:gridCol w:w="9638"/>
      </w:tblGrid>
      <w:tr w:rsidR="00715F11" w14:paraId="1FFB7C2E" w14:textId="77777777">
        <w:trPr>
          <w:trHeight w:val="374"/>
        </w:trPr>
        <w:tc>
          <w:tcPr>
            <w:tcW w:w="9638" w:type="dxa"/>
            <w:tcBorders>
              <w:top w:val="single" w:sz="4" w:space="0" w:color="B7C7D0"/>
              <w:left w:val="single" w:sz="4" w:space="0" w:color="B7C7D0"/>
              <w:bottom w:val="single" w:sz="4" w:space="0" w:color="B7C7D0"/>
              <w:right w:val="single" w:sz="4" w:space="0" w:color="B7C7D0"/>
            </w:tcBorders>
            <w:shd w:val="clear" w:color="auto" w:fill="F2F6F8"/>
            <w:tcMar>
              <w:top w:w="110" w:type="dxa"/>
              <w:left w:w="110" w:type="dxa"/>
              <w:bottom w:w="110" w:type="dxa"/>
              <w:right w:w="110" w:type="dxa"/>
            </w:tcMar>
          </w:tcPr>
          <w:p w14:paraId="7C2E86EF" w14:textId="77777777" w:rsidR="00715F11" w:rsidRDefault="000D72B6">
            <w:pPr>
              <w:spacing w:after="0"/>
            </w:pPr>
            <w:sdt>
              <w:sdtPr>
                <w:alias w:val="Invulveld"/>
                <w:tag w:val="antwoord_106"/>
                <w:id w:val="106"/>
                <w:text w:multiLine="1"/>
              </w:sdtPr>
              <w:sdtEndPr/>
              <w:sdtContent>
                <w:r>
                  <w:t xml:space="preserve"> </w:t>
                </w:r>
              </w:sdtContent>
            </w:sdt>
          </w:p>
        </w:tc>
      </w:tr>
    </w:tbl>
    <w:p w14:paraId="0DD7C635" w14:textId="77777777" w:rsidR="00715F11" w:rsidRDefault="00715F11">
      <w:pPr>
        <w:spacing w:after="20"/>
      </w:pPr>
    </w:p>
    <w:p w14:paraId="29DB9C66" w14:textId="77777777" w:rsidR="00715F11" w:rsidRDefault="000D72B6">
      <w:r>
        <w:br w:type="page"/>
      </w:r>
    </w:p>
    <w:p w14:paraId="22AB4C11" w14:textId="77777777" w:rsidR="000D72B6" w:rsidRPr="001E4D9D" w:rsidRDefault="000D72B6" w:rsidP="00B528E3">
      <w:pPr>
        <w:pStyle w:val="Kop1"/>
        <w:rPr>
          <w:lang w:val="nl-NL"/>
        </w:rPr>
      </w:pPr>
      <w:r w:rsidRPr="001E4D9D">
        <w:rPr>
          <w:lang w:val="nl-NL"/>
        </w:rPr>
        <w:lastRenderedPageBreak/>
        <w:t>Checklist of je aan de voorwaarden van de regeling voldoet</w:t>
      </w:r>
    </w:p>
    <w:p w14:paraId="2091EE03" w14:textId="77777777" w:rsidR="000D72B6" w:rsidRPr="001E4D9D" w:rsidRDefault="000D72B6" w:rsidP="00B528E3">
      <w:pPr>
        <w:rPr>
          <w:lang w:val="nl-NL"/>
        </w:rPr>
      </w:pPr>
      <w:r w:rsidRPr="001E4D9D">
        <w:rPr>
          <w:lang w:val="nl-NL"/>
        </w:rPr>
        <w:t>Zet bij iedere regel een kruisje. Met “ja” bevestig je dat de organisatie nu aan de voorwaarde voldoet of hier tijdens de hele subsidieperiode aan zal voldoen.</w:t>
      </w:r>
    </w:p>
    <w:p w14:paraId="1964A7A8" w14:textId="77777777" w:rsidR="000D72B6" w:rsidRPr="001E4D9D" w:rsidRDefault="000D72B6" w:rsidP="00B528E3">
      <w:pPr>
        <w:keepNext/>
        <w:spacing w:after="40"/>
        <w:rPr>
          <w:lang w:val="nl-NL"/>
        </w:rPr>
      </w:pPr>
      <w:bookmarkStart w:id="6" w:name="sub_voorwaarde_nr01"/>
      <w:bookmarkEnd w:id="6"/>
      <w:r w:rsidRPr="001E4D9D">
        <w:rPr>
          <w:sz w:val="20"/>
          <w:lang w:val="nl-NL"/>
        </w:rPr>
        <w:t>De subsidie wordt alleen gebruikt voor de activiteiten waarvoor de subsidie is verleend</w:t>
      </w:r>
    </w:p>
    <w:p w14:paraId="690BB0EC" w14:textId="137AB9C4" w:rsidR="00715F11" w:rsidRPr="001E4D9D" w:rsidRDefault="000D72B6">
      <w:pPr>
        <w:spacing w:after="160"/>
        <w:rPr>
          <w:lang w:val="nl-NL"/>
        </w:rPr>
      </w:pPr>
      <w:sdt>
        <w:sdtPr>
          <w:rPr>
            <w:lang w:val="nl-NL"/>
          </w:rPr>
          <w:id w:val="107"/>
          <w14:checkbox>
            <w14:checked w14:val="0"/>
            <w14:checkedState w14:val="2612" w14:font="DejaVu Sans"/>
            <w14:uncheckedState w14:val="2610" w14:font="DejaVu Sans"/>
          </w14:checkbox>
        </w:sdtPr>
        <w:sdtEndPr/>
        <w:sdtContent>
          <w:r w:rsidR="001E4D9D">
            <w:rPr>
              <w:rFonts w:ascii="DejaVu Sans" w:hAnsi="DejaVu Sans"/>
              <w:lang w:val="nl-NL"/>
            </w:rPr>
            <w:t>☐</w:t>
          </w:r>
        </w:sdtContent>
      </w:sdt>
      <w:r w:rsidRPr="001E4D9D">
        <w:rPr>
          <w:lang w:val="nl-NL"/>
        </w:rPr>
        <w:t xml:space="preserve"> Ja     </w:t>
      </w:r>
      <w:sdt>
        <w:sdtPr>
          <w:rPr>
            <w:lang w:val="nl-NL"/>
          </w:rPr>
          <w:id w:val="108"/>
          <w14:checkbox>
            <w14:checked w14:val="0"/>
            <w14:checkedState w14:val="2612" w14:font="DejaVu Sans"/>
            <w14:uncheckedState w14:val="2610" w14:font="DejaVu Sans"/>
          </w14:checkbox>
        </w:sdtPr>
        <w:sdtEndPr/>
        <w:sdtContent>
          <w:r w:rsidRPr="001E4D9D">
            <w:rPr>
              <w:rFonts w:ascii="DejaVu Sans" w:hAnsi="DejaVu Sans"/>
              <w:lang w:val="nl-NL"/>
            </w:rPr>
            <w:t>☐</w:t>
          </w:r>
        </w:sdtContent>
      </w:sdt>
      <w:r w:rsidRPr="001E4D9D">
        <w:rPr>
          <w:lang w:val="nl-NL"/>
        </w:rPr>
        <w:t xml:space="preserve"> Nee</w:t>
      </w:r>
    </w:p>
    <w:p w14:paraId="734EBF89" w14:textId="77777777" w:rsidR="000D72B6" w:rsidRPr="001E4D9D" w:rsidRDefault="000D72B6" w:rsidP="00B528E3">
      <w:pPr>
        <w:keepNext/>
        <w:spacing w:after="40"/>
        <w:rPr>
          <w:lang w:val="nl-NL"/>
        </w:rPr>
      </w:pPr>
      <w:bookmarkStart w:id="7" w:name="sub_voorwaarde_nr02"/>
      <w:bookmarkEnd w:id="7"/>
      <w:r w:rsidRPr="001E4D9D">
        <w:rPr>
          <w:sz w:val="20"/>
          <w:lang w:val="nl-NL"/>
        </w:rPr>
        <w:t>Iedereen die bij de activiteiten werkt met personen jonger dan 18 jaar heeft een geldige Verklaring Omtrent het Gedrag (VOG). Dit geldt voor professionals, stagiairs en vrijwilligers.</w:t>
      </w:r>
    </w:p>
    <w:p w14:paraId="008F2C99" w14:textId="77777777" w:rsidR="00715F11" w:rsidRPr="001E4D9D" w:rsidRDefault="000D72B6">
      <w:pPr>
        <w:spacing w:after="160"/>
        <w:rPr>
          <w:lang w:val="nl-NL"/>
        </w:rPr>
      </w:pPr>
      <w:sdt>
        <w:sdtPr>
          <w:rPr>
            <w:lang w:val="nl-NL"/>
          </w:rPr>
          <w:id w:val="109"/>
          <w14:checkbox>
            <w14:checked w14:val="0"/>
            <w14:checkedState w14:val="2612" w14:font="DejaVu Sans"/>
            <w14:uncheckedState w14:val="2610" w14:font="DejaVu Sans"/>
          </w14:checkbox>
        </w:sdtPr>
        <w:sdtEndPr/>
        <w:sdtContent>
          <w:r w:rsidRPr="001E4D9D">
            <w:rPr>
              <w:rFonts w:ascii="DejaVu Sans" w:hAnsi="DejaVu Sans"/>
              <w:lang w:val="nl-NL"/>
            </w:rPr>
            <w:t>☐</w:t>
          </w:r>
        </w:sdtContent>
      </w:sdt>
      <w:r w:rsidRPr="001E4D9D">
        <w:rPr>
          <w:lang w:val="nl-NL"/>
        </w:rPr>
        <w:t xml:space="preserve"> Ja     </w:t>
      </w:r>
      <w:sdt>
        <w:sdtPr>
          <w:rPr>
            <w:lang w:val="nl-NL"/>
          </w:rPr>
          <w:id w:val="110"/>
          <w14:checkbox>
            <w14:checked w14:val="0"/>
            <w14:checkedState w14:val="2612" w14:font="DejaVu Sans"/>
            <w14:uncheckedState w14:val="2610" w14:font="DejaVu Sans"/>
          </w14:checkbox>
        </w:sdtPr>
        <w:sdtEndPr/>
        <w:sdtContent>
          <w:r w:rsidRPr="001E4D9D">
            <w:rPr>
              <w:rFonts w:ascii="DejaVu Sans" w:hAnsi="DejaVu Sans"/>
              <w:lang w:val="nl-NL"/>
            </w:rPr>
            <w:t>☐</w:t>
          </w:r>
        </w:sdtContent>
      </w:sdt>
      <w:r w:rsidRPr="001E4D9D">
        <w:rPr>
          <w:lang w:val="nl-NL"/>
        </w:rPr>
        <w:t xml:space="preserve"> Nee</w:t>
      </w:r>
    </w:p>
    <w:p w14:paraId="1E12FAB1" w14:textId="77777777" w:rsidR="000D72B6" w:rsidRPr="001E4D9D" w:rsidRDefault="000D72B6" w:rsidP="00B528E3">
      <w:pPr>
        <w:keepNext/>
        <w:spacing w:after="40"/>
        <w:rPr>
          <w:lang w:val="nl-NL"/>
        </w:rPr>
      </w:pPr>
      <w:bookmarkStart w:id="8" w:name="sub_voorwaarde_nr03"/>
      <w:bookmarkEnd w:id="8"/>
      <w:r w:rsidRPr="001E4D9D">
        <w:rPr>
          <w:sz w:val="20"/>
          <w:lang w:val="nl-NL"/>
        </w:rPr>
        <w:t>De organisatie regelt de vergunningen die nodig zijn voor de activiteiten</w:t>
      </w:r>
    </w:p>
    <w:p w14:paraId="0FAE9B6A" w14:textId="77777777" w:rsidR="00715F11" w:rsidRPr="001E4D9D" w:rsidRDefault="000D72B6">
      <w:pPr>
        <w:spacing w:after="160"/>
        <w:rPr>
          <w:lang w:val="nl-NL"/>
        </w:rPr>
      </w:pPr>
      <w:sdt>
        <w:sdtPr>
          <w:rPr>
            <w:lang w:val="nl-NL"/>
          </w:rPr>
          <w:id w:val="111"/>
          <w14:checkbox>
            <w14:checked w14:val="0"/>
            <w14:checkedState w14:val="2612" w14:font="DejaVu Sans"/>
            <w14:uncheckedState w14:val="2610" w14:font="DejaVu Sans"/>
          </w14:checkbox>
        </w:sdtPr>
        <w:sdtEndPr/>
        <w:sdtContent>
          <w:r w:rsidRPr="001E4D9D">
            <w:rPr>
              <w:rFonts w:ascii="DejaVu Sans" w:hAnsi="DejaVu Sans"/>
              <w:lang w:val="nl-NL"/>
            </w:rPr>
            <w:t>☐</w:t>
          </w:r>
        </w:sdtContent>
      </w:sdt>
      <w:r w:rsidRPr="001E4D9D">
        <w:rPr>
          <w:lang w:val="nl-NL"/>
        </w:rPr>
        <w:t xml:space="preserve"> Ja     </w:t>
      </w:r>
      <w:sdt>
        <w:sdtPr>
          <w:rPr>
            <w:lang w:val="nl-NL"/>
          </w:rPr>
          <w:id w:val="112"/>
          <w14:checkbox>
            <w14:checked w14:val="0"/>
            <w14:checkedState w14:val="2612" w14:font="DejaVu Sans"/>
            <w14:uncheckedState w14:val="2610" w14:font="DejaVu Sans"/>
          </w14:checkbox>
        </w:sdtPr>
        <w:sdtEndPr/>
        <w:sdtContent>
          <w:r w:rsidRPr="001E4D9D">
            <w:rPr>
              <w:rFonts w:ascii="DejaVu Sans" w:hAnsi="DejaVu Sans"/>
              <w:lang w:val="nl-NL"/>
            </w:rPr>
            <w:t>☐</w:t>
          </w:r>
        </w:sdtContent>
      </w:sdt>
      <w:r w:rsidRPr="001E4D9D">
        <w:rPr>
          <w:lang w:val="nl-NL"/>
        </w:rPr>
        <w:t xml:space="preserve"> Nee</w:t>
      </w:r>
    </w:p>
    <w:p w14:paraId="71303943" w14:textId="77777777" w:rsidR="000D72B6" w:rsidRPr="001E4D9D" w:rsidRDefault="000D72B6" w:rsidP="00B528E3">
      <w:pPr>
        <w:keepNext/>
        <w:spacing w:after="40"/>
        <w:rPr>
          <w:lang w:val="nl-NL"/>
        </w:rPr>
      </w:pPr>
      <w:bookmarkStart w:id="9" w:name="sub_voorwaarde_nr12"/>
      <w:bookmarkEnd w:id="9"/>
      <w:r w:rsidRPr="001E4D9D">
        <w:rPr>
          <w:sz w:val="20"/>
          <w:lang w:val="nl-NL"/>
        </w:rPr>
        <w:t>Alle inwoners zijn welkom, ongeacht bijvoorbeeld achtergrond, geloof, leeftijd, beperking of situatie</w:t>
      </w:r>
    </w:p>
    <w:p w14:paraId="388CDCF8" w14:textId="77777777" w:rsidR="00715F11" w:rsidRPr="001E4D9D" w:rsidRDefault="000D72B6">
      <w:pPr>
        <w:spacing w:after="160"/>
        <w:rPr>
          <w:lang w:val="nl-NL"/>
        </w:rPr>
      </w:pPr>
      <w:sdt>
        <w:sdtPr>
          <w:rPr>
            <w:lang w:val="nl-NL"/>
          </w:rPr>
          <w:id w:val="113"/>
          <w14:checkbox>
            <w14:checked w14:val="0"/>
            <w14:checkedState w14:val="2612" w14:font="DejaVu Sans"/>
            <w14:uncheckedState w14:val="2610" w14:font="DejaVu Sans"/>
          </w14:checkbox>
        </w:sdtPr>
        <w:sdtEndPr/>
        <w:sdtContent>
          <w:r w:rsidRPr="001E4D9D">
            <w:rPr>
              <w:rFonts w:ascii="DejaVu Sans" w:hAnsi="DejaVu Sans"/>
              <w:lang w:val="nl-NL"/>
            </w:rPr>
            <w:t>☐</w:t>
          </w:r>
        </w:sdtContent>
      </w:sdt>
      <w:r w:rsidRPr="001E4D9D">
        <w:rPr>
          <w:lang w:val="nl-NL"/>
        </w:rPr>
        <w:t xml:space="preserve"> Ja     </w:t>
      </w:r>
      <w:sdt>
        <w:sdtPr>
          <w:rPr>
            <w:lang w:val="nl-NL"/>
          </w:rPr>
          <w:id w:val="114"/>
          <w14:checkbox>
            <w14:checked w14:val="0"/>
            <w14:checkedState w14:val="2612" w14:font="DejaVu Sans"/>
            <w14:uncheckedState w14:val="2610" w14:font="DejaVu Sans"/>
          </w14:checkbox>
        </w:sdtPr>
        <w:sdtEndPr/>
        <w:sdtContent>
          <w:r w:rsidRPr="001E4D9D">
            <w:rPr>
              <w:rFonts w:ascii="DejaVu Sans" w:hAnsi="DejaVu Sans"/>
              <w:lang w:val="nl-NL"/>
            </w:rPr>
            <w:t>☐</w:t>
          </w:r>
        </w:sdtContent>
      </w:sdt>
      <w:r w:rsidRPr="001E4D9D">
        <w:rPr>
          <w:lang w:val="nl-NL"/>
        </w:rPr>
        <w:t xml:space="preserve"> Nee</w:t>
      </w:r>
    </w:p>
    <w:p w14:paraId="5D896DB1" w14:textId="77777777" w:rsidR="000D72B6" w:rsidRPr="001E4D9D" w:rsidRDefault="000D72B6" w:rsidP="00B528E3">
      <w:pPr>
        <w:keepNext/>
        <w:spacing w:after="40"/>
        <w:rPr>
          <w:lang w:val="nl-NL"/>
        </w:rPr>
      </w:pPr>
      <w:bookmarkStart w:id="10" w:name="sub_voorwaarde_nr13"/>
      <w:bookmarkEnd w:id="10"/>
      <w:r w:rsidRPr="001E4D9D">
        <w:rPr>
          <w:sz w:val="20"/>
          <w:lang w:val="nl-NL"/>
        </w:rPr>
        <w:t>Er is een actueel vrijwilligersbeleid. Daarin staat ook voor welke vrijwilligers een VOG nodig is.</w:t>
      </w:r>
    </w:p>
    <w:p w14:paraId="0F05E290" w14:textId="77777777" w:rsidR="00715F11" w:rsidRPr="001E4D9D" w:rsidRDefault="000D72B6">
      <w:pPr>
        <w:spacing w:after="160"/>
        <w:rPr>
          <w:lang w:val="nl-NL"/>
        </w:rPr>
      </w:pPr>
      <w:sdt>
        <w:sdtPr>
          <w:rPr>
            <w:lang w:val="nl-NL"/>
          </w:rPr>
          <w:id w:val="115"/>
          <w14:checkbox>
            <w14:checked w14:val="0"/>
            <w14:checkedState w14:val="2612" w14:font="DejaVu Sans"/>
            <w14:uncheckedState w14:val="2610" w14:font="DejaVu Sans"/>
          </w14:checkbox>
        </w:sdtPr>
        <w:sdtEndPr/>
        <w:sdtContent>
          <w:r w:rsidRPr="001E4D9D">
            <w:rPr>
              <w:rFonts w:ascii="DejaVu Sans" w:hAnsi="DejaVu Sans"/>
              <w:lang w:val="nl-NL"/>
            </w:rPr>
            <w:t>☐</w:t>
          </w:r>
        </w:sdtContent>
      </w:sdt>
      <w:r w:rsidRPr="001E4D9D">
        <w:rPr>
          <w:lang w:val="nl-NL"/>
        </w:rPr>
        <w:t xml:space="preserve"> Ja     </w:t>
      </w:r>
      <w:sdt>
        <w:sdtPr>
          <w:rPr>
            <w:lang w:val="nl-NL"/>
          </w:rPr>
          <w:id w:val="116"/>
          <w14:checkbox>
            <w14:checked w14:val="0"/>
            <w14:checkedState w14:val="2612" w14:font="DejaVu Sans"/>
            <w14:uncheckedState w14:val="2610" w14:font="DejaVu Sans"/>
          </w14:checkbox>
        </w:sdtPr>
        <w:sdtEndPr/>
        <w:sdtContent>
          <w:r w:rsidRPr="001E4D9D">
            <w:rPr>
              <w:rFonts w:ascii="DejaVu Sans" w:hAnsi="DejaVu Sans"/>
              <w:lang w:val="nl-NL"/>
            </w:rPr>
            <w:t>☐</w:t>
          </w:r>
        </w:sdtContent>
      </w:sdt>
      <w:r w:rsidRPr="001E4D9D">
        <w:rPr>
          <w:lang w:val="nl-NL"/>
        </w:rPr>
        <w:t xml:space="preserve"> Nee</w:t>
      </w:r>
    </w:p>
    <w:p w14:paraId="0E4C9A39" w14:textId="77777777" w:rsidR="000D72B6" w:rsidRPr="001E4D9D" w:rsidRDefault="000D72B6" w:rsidP="00B528E3">
      <w:pPr>
        <w:keepNext/>
        <w:spacing w:after="40"/>
        <w:rPr>
          <w:lang w:val="nl-NL"/>
        </w:rPr>
      </w:pPr>
      <w:bookmarkStart w:id="11" w:name="sub_voorwaarde_nr06"/>
      <w:bookmarkEnd w:id="11"/>
      <w:r w:rsidRPr="001E4D9D">
        <w:rPr>
          <w:sz w:val="20"/>
          <w:lang w:val="nl-NL"/>
        </w:rPr>
        <w:t>Er zijn duidelijke huisregels</w:t>
      </w:r>
    </w:p>
    <w:p w14:paraId="6FD15C9E" w14:textId="77777777" w:rsidR="00715F11" w:rsidRPr="001E4D9D" w:rsidRDefault="000D72B6">
      <w:pPr>
        <w:spacing w:after="160"/>
        <w:rPr>
          <w:lang w:val="nl-NL"/>
        </w:rPr>
      </w:pPr>
      <w:sdt>
        <w:sdtPr>
          <w:rPr>
            <w:lang w:val="nl-NL"/>
          </w:rPr>
          <w:id w:val="117"/>
          <w14:checkbox>
            <w14:checked w14:val="0"/>
            <w14:checkedState w14:val="2612" w14:font="DejaVu Sans"/>
            <w14:uncheckedState w14:val="2610" w14:font="DejaVu Sans"/>
          </w14:checkbox>
        </w:sdtPr>
        <w:sdtEndPr/>
        <w:sdtContent>
          <w:r w:rsidRPr="001E4D9D">
            <w:rPr>
              <w:rFonts w:ascii="DejaVu Sans" w:hAnsi="DejaVu Sans"/>
              <w:lang w:val="nl-NL"/>
            </w:rPr>
            <w:t>☐</w:t>
          </w:r>
        </w:sdtContent>
      </w:sdt>
      <w:r w:rsidRPr="001E4D9D">
        <w:rPr>
          <w:lang w:val="nl-NL"/>
        </w:rPr>
        <w:t xml:space="preserve"> Ja     </w:t>
      </w:r>
      <w:sdt>
        <w:sdtPr>
          <w:rPr>
            <w:lang w:val="nl-NL"/>
          </w:rPr>
          <w:id w:val="118"/>
          <w14:checkbox>
            <w14:checked w14:val="0"/>
            <w14:checkedState w14:val="2612" w14:font="DejaVu Sans"/>
            <w14:uncheckedState w14:val="2610" w14:font="DejaVu Sans"/>
          </w14:checkbox>
        </w:sdtPr>
        <w:sdtEndPr/>
        <w:sdtContent>
          <w:r w:rsidRPr="001E4D9D">
            <w:rPr>
              <w:rFonts w:ascii="DejaVu Sans" w:hAnsi="DejaVu Sans"/>
              <w:lang w:val="nl-NL"/>
            </w:rPr>
            <w:t>☐</w:t>
          </w:r>
        </w:sdtContent>
      </w:sdt>
      <w:r w:rsidRPr="001E4D9D">
        <w:rPr>
          <w:lang w:val="nl-NL"/>
        </w:rPr>
        <w:t xml:space="preserve"> Nee</w:t>
      </w:r>
    </w:p>
    <w:p w14:paraId="45F616D5" w14:textId="77777777" w:rsidR="000D72B6" w:rsidRPr="001E4D9D" w:rsidRDefault="000D72B6" w:rsidP="00B528E3">
      <w:pPr>
        <w:keepNext/>
        <w:spacing w:after="40"/>
        <w:rPr>
          <w:lang w:val="nl-NL"/>
        </w:rPr>
      </w:pPr>
      <w:bookmarkStart w:id="12" w:name="sub_voorwaarde_nr14"/>
      <w:bookmarkEnd w:id="12"/>
      <w:r w:rsidRPr="001E4D9D">
        <w:rPr>
          <w:sz w:val="20"/>
          <w:lang w:val="nl-NL"/>
        </w:rPr>
        <w:t>Er zijn schriftelijke gebruikersovereenkomsten met huurders of vaste gebruikers, als die er zijn.</w:t>
      </w:r>
    </w:p>
    <w:p w14:paraId="4DDAFCFA" w14:textId="77777777" w:rsidR="00715F11" w:rsidRPr="001E4D9D" w:rsidRDefault="000D72B6">
      <w:pPr>
        <w:spacing w:after="160"/>
        <w:rPr>
          <w:lang w:val="nl-NL"/>
        </w:rPr>
      </w:pPr>
      <w:sdt>
        <w:sdtPr>
          <w:rPr>
            <w:lang w:val="nl-NL"/>
          </w:rPr>
          <w:id w:val="119"/>
          <w14:checkbox>
            <w14:checked w14:val="0"/>
            <w14:checkedState w14:val="2612" w14:font="DejaVu Sans"/>
            <w14:uncheckedState w14:val="2610" w14:font="DejaVu Sans"/>
          </w14:checkbox>
        </w:sdtPr>
        <w:sdtEndPr/>
        <w:sdtContent>
          <w:r w:rsidRPr="001E4D9D">
            <w:rPr>
              <w:rFonts w:ascii="DejaVu Sans" w:hAnsi="DejaVu Sans"/>
              <w:lang w:val="nl-NL"/>
            </w:rPr>
            <w:t>☐</w:t>
          </w:r>
        </w:sdtContent>
      </w:sdt>
      <w:r w:rsidRPr="001E4D9D">
        <w:rPr>
          <w:lang w:val="nl-NL"/>
        </w:rPr>
        <w:t xml:space="preserve"> Ja     </w:t>
      </w:r>
      <w:sdt>
        <w:sdtPr>
          <w:rPr>
            <w:lang w:val="nl-NL"/>
          </w:rPr>
          <w:id w:val="120"/>
          <w14:checkbox>
            <w14:checked w14:val="0"/>
            <w14:checkedState w14:val="2612" w14:font="DejaVu Sans"/>
            <w14:uncheckedState w14:val="2610" w14:font="DejaVu Sans"/>
          </w14:checkbox>
        </w:sdtPr>
        <w:sdtEndPr/>
        <w:sdtContent>
          <w:r w:rsidRPr="001E4D9D">
            <w:rPr>
              <w:rFonts w:ascii="DejaVu Sans" w:hAnsi="DejaVu Sans"/>
              <w:lang w:val="nl-NL"/>
            </w:rPr>
            <w:t>☐</w:t>
          </w:r>
        </w:sdtContent>
      </w:sdt>
      <w:r w:rsidRPr="001E4D9D">
        <w:rPr>
          <w:lang w:val="nl-NL"/>
        </w:rPr>
        <w:t xml:space="preserve"> Nee</w:t>
      </w:r>
    </w:p>
    <w:p w14:paraId="282874B4" w14:textId="77777777" w:rsidR="000D72B6" w:rsidRPr="001E4D9D" w:rsidRDefault="000D72B6" w:rsidP="00B528E3">
      <w:pPr>
        <w:keepNext/>
        <w:spacing w:after="40"/>
        <w:rPr>
          <w:lang w:val="nl-NL"/>
        </w:rPr>
      </w:pPr>
      <w:bookmarkStart w:id="13" w:name="sub_voorwaarde_nr08"/>
      <w:bookmarkEnd w:id="13"/>
      <w:r w:rsidRPr="001E4D9D">
        <w:rPr>
          <w:sz w:val="20"/>
          <w:lang w:val="nl-NL"/>
        </w:rPr>
        <w:t>De organisatie voert het beheer van de plek zelf uit (zelfbeheer).</w:t>
      </w:r>
    </w:p>
    <w:p w14:paraId="6527EC18" w14:textId="77777777" w:rsidR="00715F11" w:rsidRPr="001E4D9D" w:rsidRDefault="000D72B6">
      <w:pPr>
        <w:spacing w:after="160"/>
        <w:rPr>
          <w:lang w:val="nl-NL"/>
        </w:rPr>
      </w:pPr>
      <w:sdt>
        <w:sdtPr>
          <w:rPr>
            <w:lang w:val="nl-NL"/>
          </w:rPr>
          <w:id w:val="121"/>
          <w14:checkbox>
            <w14:checked w14:val="0"/>
            <w14:checkedState w14:val="2612" w14:font="DejaVu Sans"/>
            <w14:uncheckedState w14:val="2610" w14:font="DejaVu Sans"/>
          </w14:checkbox>
        </w:sdtPr>
        <w:sdtEndPr/>
        <w:sdtContent>
          <w:r w:rsidRPr="001E4D9D">
            <w:rPr>
              <w:rFonts w:ascii="DejaVu Sans" w:hAnsi="DejaVu Sans"/>
              <w:lang w:val="nl-NL"/>
            </w:rPr>
            <w:t>☐</w:t>
          </w:r>
        </w:sdtContent>
      </w:sdt>
      <w:r w:rsidRPr="001E4D9D">
        <w:rPr>
          <w:lang w:val="nl-NL"/>
        </w:rPr>
        <w:t xml:space="preserve"> Ja     </w:t>
      </w:r>
      <w:sdt>
        <w:sdtPr>
          <w:rPr>
            <w:lang w:val="nl-NL"/>
          </w:rPr>
          <w:id w:val="122"/>
          <w14:checkbox>
            <w14:checked w14:val="0"/>
            <w14:checkedState w14:val="2612" w14:font="DejaVu Sans"/>
            <w14:uncheckedState w14:val="2610" w14:font="DejaVu Sans"/>
          </w14:checkbox>
        </w:sdtPr>
        <w:sdtEndPr/>
        <w:sdtContent>
          <w:r w:rsidRPr="001E4D9D">
            <w:rPr>
              <w:rFonts w:ascii="DejaVu Sans" w:hAnsi="DejaVu Sans"/>
              <w:lang w:val="nl-NL"/>
            </w:rPr>
            <w:t>☐</w:t>
          </w:r>
        </w:sdtContent>
      </w:sdt>
      <w:r w:rsidRPr="001E4D9D">
        <w:rPr>
          <w:lang w:val="nl-NL"/>
        </w:rPr>
        <w:t xml:space="preserve"> Nee</w:t>
      </w:r>
    </w:p>
    <w:p w14:paraId="5215B1D0" w14:textId="77777777" w:rsidR="000D72B6" w:rsidRPr="001E4D9D" w:rsidRDefault="000D72B6" w:rsidP="00B528E3">
      <w:pPr>
        <w:keepNext/>
        <w:spacing w:after="40"/>
        <w:rPr>
          <w:lang w:val="nl-NL"/>
        </w:rPr>
      </w:pPr>
      <w:bookmarkStart w:id="14" w:name="sub_voorwaarde_nr09"/>
      <w:bookmarkEnd w:id="14"/>
      <w:r w:rsidRPr="001E4D9D">
        <w:rPr>
          <w:sz w:val="20"/>
          <w:lang w:val="nl-NL"/>
        </w:rPr>
        <w:t>De plek is bereikbaar en toegankelijk voor inwoners, ook voor inwoners in een kwetsbare situatie</w:t>
      </w:r>
    </w:p>
    <w:p w14:paraId="4799366D" w14:textId="77777777" w:rsidR="00715F11" w:rsidRPr="001E4D9D" w:rsidRDefault="000D72B6">
      <w:pPr>
        <w:spacing w:after="160"/>
        <w:rPr>
          <w:lang w:val="nl-NL"/>
        </w:rPr>
      </w:pPr>
      <w:sdt>
        <w:sdtPr>
          <w:rPr>
            <w:lang w:val="nl-NL"/>
          </w:rPr>
          <w:id w:val="123"/>
          <w14:checkbox>
            <w14:checked w14:val="0"/>
            <w14:checkedState w14:val="2612" w14:font="DejaVu Sans"/>
            <w14:uncheckedState w14:val="2610" w14:font="DejaVu Sans"/>
          </w14:checkbox>
        </w:sdtPr>
        <w:sdtEndPr/>
        <w:sdtContent>
          <w:r w:rsidRPr="001E4D9D">
            <w:rPr>
              <w:rFonts w:ascii="DejaVu Sans" w:hAnsi="DejaVu Sans"/>
              <w:lang w:val="nl-NL"/>
            </w:rPr>
            <w:t>☐</w:t>
          </w:r>
        </w:sdtContent>
      </w:sdt>
      <w:r w:rsidRPr="001E4D9D">
        <w:rPr>
          <w:lang w:val="nl-NL"/>
        </w:rPr>
        <w:t xml:space="preserve"> Ja     </w:t>
      </w:r>
      <w:sdt>
        <w:sdtPr>
          <w:rPr>
            <w:lang w:val="nl-NL"/>
          </w:rPr>
          <w:id w:val="124"/>
          <w14:checkbox>
            <w14:checked w14:val="0"/>
            <w14:checkedState w14:val="2612" w14:font="DejaVu Sans"/>
            <w14:uncheckedState w14:val="2610" w14:font="DejaVu Sans"/>
          </w14:checkbox>
        </w:sdtPr>
        <w:sdtEndPr/>
        <w:sdtContent>
          <w:r w:rsidRPr="001E4D9D">
            <w:rPr>
              <w:rFonts w:ascii="DejaVu Sans" w:hAnsi="DejaVu Sans"/>
              <w:lang w:val="nl-NL"/>
            </w:rPr>
            <w:t>☐</w:t>
          </w:r>
        </w:sdtContent>
      </w:sdt>
      <w:r w:rsidRPr="001E4D9D">
        <w:rPr>
          <w:lang w:val="nl-NL"/>
        </w:rPr>
        <w:t xml:space="preserve"> Nee</w:t>
      </w:r>
    </w:p>
    <w:p w14:paraId="0AB4F243" w14:textId="77777777" w:rsidR="000D72B6" w:rsidRPr="001E4D9D" w:rsidRDefault="000D72B6" w:rsidP="00B528E3">
      <w:pPr>
        <w:keepNext/>
        <w:spacing w:after="40"/>
        <w:rPr>
          <w:lang w:val="nl-NL"/>
        </w:rPr>
      </w:pPr>
      <w:bookmarkStart w:id="15" w:name="sub_voorwaarde_nr10"/>
      <w:bookmarkEnd w:id="15"/>
      <w:r w:rsidRPr="001E4D9D">
        <w:rPr>
          <w:sz w:val="20"/>
          <w:lang w:val="nl-NL"/>
        </w:rPr>
        <w:t>De wijkontmoetingsplek is herkenbaar en zichtbaar in de wijk</w:t>
      </w:r>
    </w:p>
    <w:p w14:paraId="5BC9C80A" w14:textId="77777777" w:rsidR="00715F11" w:rsidRPr="001E4D9D" w:rsidRDefault="000D72B6">
      <w:pPr>
        <w:spacing w:after="160"/>
        <w:rPr>
          <w:lang w:val="nl-NL"/>
        </w:rPr>
      </w:pPr>
      <w:sdt>
        <w:sdtPr>
          <w:rPr>
            <w:lang w:val="nl-NL"/>
          </w:rPr>
          <w:id w:val="125"/>
          <w14:checkbox>
            <w14:checked w14:val="0"/>
            <w14:checkedState w14:val="2612" w14:font="DejaVu Sans"/>
            <w14:uncheckedState w14:val="2610" w14:font="DejaVu Sans"/>
          </w14:checkbox>
        </w:sdtPr>
        <w:sdtEndPr/>
        <w:sdtContent>
          <w:r w:rsidRPr="001E4D9D">
            <w:rPr>
              <w:rFonts w:ascii="DejaVu Sans" w:hAnsi="DejaVu Sans"/>
              <w:lang w:val="nl-NL"/>
            </w:rPr>
            <w:t>☐</w:t>
          </w:r>
        </w:sdtContent>
      </w:sdt>
      <w:r w:rsidRPr="001E4D9D">
        <w:rPr>
          <w:lang w:val="nl-NL"/>
        </w:rPr>
        <w:t xml:space="preserve"> Ja     </w:t>
      </w:r>
      <w:sdt>
        <w:sdtPr>
          <w:rPr>
            <w:lang w:val="nl-NL"/>
          </w:rPr>
          <w:id w:val="126"/>
          <w14:checkbox>
            <w14:checked w14:val="0"/>
            <w14:checkedState w14:val="2612" w14:font="DejaVu Sans"/>
            <w14:uncheckedState w14:val="2610" w14:font="DejaVu Sans"/>
          </w14:checkbox>
        </w:sdtPr>
        <w:sdtEndPr/>
        <w:sdtContent>
          <w:r w:rsidRPr="001E4D9D">
            <w:rPr>
              <w:rFonts w:ascii="DejaVu Sans" w:hAnsi="DejaVu Sans"/>
              <w:lang w:val="nl-NL"/>
            </w:rPr>
            <w:t>☐</w:t>
          </w:r>
        </w:sdtContent>
      </w:sdt>
      <w:r w:rsidRPr="001E4D9D">
        <w:rPr>
          <w:lang w:val="nl-NL"/>
        </w:rPr>
        <w:t xml:space="preserve"> Nee</w:t>
      </w:r>
    </w:p>
    <w:p w14:paraId="614F768B" w14:textId="77777777" w:rsidR="000D72B6" w:rsidRPr="001E4D9D" w:rsidRDefault="000D72B6" w:rsidP="00B528E3">
      <w:pPr>
        <w:keepNext/>
        <w:spacing w:after="40"/>
        <w:rPr>
          <w:lang w:val="nl-NL"/>
        </w:rPr>
      </w:pPr>
      <w:bookmarkStart w:id="16" w:name="sub_voorwaarde_nr11"/>
      <w:bookmarkEnd w:id="16"/>
      <w:r w:rsidRPr="001E4D9D">
        <w:rPr>
          <w:sz w:val="20"/>
          <w:lang w:val="nl-NL"/>
        </w:rPr>
        <w:t>De wijkontmoetingsplek is vrij toegankelijk en veilig</w:t>
      </w:r>
    </w:p>
    <w:p w14:paraId="670C1CAB" w14:textId="77777777" w:rsidR="00715F11" w:rsidRPr="001E4D9D" w:rsidRDefault="000D72B6">
      <w:pPr>
        <w:spacing w:after="160"/>
        <w:rPr>
          <w:lang w:val="nl-NL"/>
        </w:rPr>
      </w:pPr>
      <w:sdt>
        <w:sdtPr>
          <w:rPr>
            <w:lang w:val="nl-NL"/>
          </w:rPr>
          <w:id w:val="127"/>
          <w14:checkbox>
            <w14:checked w14:val="0"/>
            <w14:checkedState w14:val="2612" w14:font="DejaVu Sans"/>
            <w14:uncheckedState w14:val="2610" w14:font="DejaVu Sans"/>
          </w14:checkbox>
        </w:sdtPr>
        <w:sdtEndPr/>
        <w:sdtContent>
          <w:r w:rsidRPr="001E4D9D">
            <w:rPr>
              <w:rFonts w:ascii="DejaVu Sans" w:hAnsi="DejaVu Sans"/>
              <w:lang w:val="nl-NL"/>
            </w:rPr>
            <w:t>☐</w:t>
          </w:r>
        </w:sdtContent>
      </w:sdt>
      <w:r w:rsidRPr="001E4D9D">
        <w:rPr>
          <w:lang w:val="nl-NL"/>
        </w:rPr>
        <w:t xml:space="preserve"> Ja     </w:t>
      </w:r>
      <w:sdt>
        <w:sdtPr>
          <w:rPr>
            <w:lang w:val="nl-NL"/>
          </w:rPr>
          <w:id w:val="128"/>
          <w14:checkbox>
            <w14:checked w14:val="0"/>
            <w14:checkedState w14:val="2612" w14:font="DejaVu Sans"/>
            <w14:uncheckedState w14:val="2610" w14:font="DejaVu Sans"/>
          </w14:checkbox>
        </w:sdtPr>
        <w:sdtEndPr/>
        <w:sdtContent>
          <w:r w:rsidRPr="001E4D9D">
            <w:rPr>
              <w:rFonts w:ascii="DejaVu Sans" w:hAnsi="DejaVu Sans"/>
              <w:lang w:val="nl-NL"/>
            </w:rPr>
            <w:t>☐</w:t>
          </w:r>
        </w:sdtContent>
      </w:sdt>
      <w:r w:rsidRPr="001E4D9D">
        <w:rPr>
          <w:lang w:val="nl-NL"/>
        </w:rPr>
        <w:t xml:space="preserve"> Nee</w:t>
      </w:r>
    </w:p>
    <w:p w14:paraId="11B71066" w14:textId="77777777" w:rsidR="000D72B6" w:rsidRPr="001E4D9D" w:rsidRDefault="000D72B6" w:rsidP="00B528E3">
      <w:pPr>
        <w:keepNext/>
        <w:spacing w:after="40"/>
        <w:rPr>
          <w:lang w:val="nl-NL"/>
        </w:rPr>
      </w:pPr>
      <w:bookmarkStart w:id="17" w:name="sub_voorwaarde_nr_15"/>
      <w:bookmarkEnd w:id="17"/>
      <w:r w:rsidRPr="001E4D9D">
        <w:rPr>
          <w:sz w:val="20"/>
          <w:lang w:val="nl-NL"/>
        </w:rPr>
        <w:t>Tijdens de inloop zijn koffie en thee laagdrempelig beschikbaar. Geld mag voor bezoekers geen belemmering zijn. De organisatie gebruikt hiervoor een sociaal toegankelijk systeem.</w:t>
      </w:r>
    </w:p>
    <w:p w14:paraId="56B4C1AF" w14:textId="77777777" w:rsidR="00715F11" w:rsidRPr="001E4D9D" w:rsidRDefault="000D72B6">
      <w:pPr>
        <w:spacing w:after="160"/>
        <w:rPr>
          <w:lang w:val="nl-NL"/>
        </w:rPr>
      </w:pPr>
      <w:sdt>
        <w:sdtPr>
          <w:rPr>
            <w:lang w:val="nl-NL"/>
          </w:rPr>
          <w:id w:val="129"/>
          <w14:checkbox>
            <w14:checked w14:val="0"/>
            <w14:checkedState w14:val="2612" w14:font="DejaVu Sans"/>
            <w14:uncheckedState w14:val="2610" w14:font="DejaVu Sans"/>
          </w14:checkbox>
        </w:sdtPr>
        <w:sdtEndPr/>
        <w:sdtContent>
          <w:r w:rsidRPr="001E4D9D">
            <w:rPr>
              <w:rFonts w:ascii="DejaVu Sans" w:hAnsi="DejaVu Sans"/>
              <w:lang w:val="nl-NL"/>
            </w:rPr>
            <w:t>☐</w:t>
          </w:r>
        </w:sdtContent>
      </w:sdt>
      <w:r w:rsidRPr="001E4D9D">
        <w:rPr>
          <w:lang w:val="nl-NL"/>
        </w:rPr>
        <w:t xml:space="preserve"> Ja     </w:t>
      </w:r>
      <w:sdt>
        <w:sdtPr>
          <w:rPr>
            <w:lang w:val="nl-NL"/>
          </w:rPr>
          <w:id w:val="130"/>
          <w14:checkbox>
            <w14:checked w14:val="0"/>
            <w14:checkedState w14:val="2612" w14:font="DejaVu Sans"/>
            <w14:uncheckedState w14:val="2610" w14:font="DejaVu Sans"/>
          </w14:checkbox>
        </w:sdtPr>
        <w:sdtEndPr/>
        <w:sdtContent>
          <w:r w:rsidRPr="001E4D9D">
            <w:rPr>
              <w:rFonts w:ascii="DejaVu Sans" w:hAnsi="DejaVu Sans"/>
              <w:lang w:val="nl-NL"/>
            </w:rPr>
            <w:t>☐</w:t>
          </w:r>
        </w:sdtContent>
      </w:sdt>
      <w:r w:rsidRPr="001E4D9D">
        <w:rPr>
          <w:lang w:val="nl-NL"/>
        </w:rPr>
        <w:t xml:space="preserve"> Nee</w:t>
      </w:r>
    </w:p>
    <w:p w14:paraId="1E756A18" w14:textId="77777777" w:rsidR="000D72B6" w:rsidRPr="001E4D9D" w:rsidRDefault="000D72B6" w:rsidP="00B528E3">
      <w:pPr>
        <w:keepNext/>
        <w:spacing w:after="40"/>
        <w:rPr>
          <w:lang w:val="nl-NL"/>
        </w:rPr>
      </w:pPr>
      <w:bookmarkStart w:id="18" w:name="sub_voorwaarde_nr_16"/>
      <w:bookmarkEnd w:id="18"/>
      <w:r w:rsidRPr="001E4D9D">
        <w:rPr>
          <w:sz w:val="20"/>
          <w:lang w:val="nl-NL"/>
        </w:rPr>
        <w:t>De inloop is maximaal zes weken per kalenderjaar gesloten.</w:t>
      </w:r>
    </w:p>
    <w:p w14:paraId="6F773030" w14:textId="77777777" w:rsidR="00715F11" w:rsidRPr="001E4D9D" w:rsidRDefault="000D72B6">
      <w:pPr>
        <w:spacing w:after="160"/>
        <w:rPr>
          <w:lang w:val="nl-NL"/>
        </w:rPr>
      </w:pPr>
      <w:sdt>
        <w:sdtPr>
          <w:rPr>
            <w:lang w:val="nl-NL"/>
          </w:rPr>
          <w:id w:val="131"/>
          <w14:checkbox>
            <w14:checked w14:val="0"/>
            <w14:checkedState w14:val="2612" w14:font="DejaVu Sans"/>
            <w14:uncheckedState w14:val="2610" w14:font="DejaVu Sans"/>
          </w14:checkbox>
        </w:sdtPr>
        <w:sdtEndPr/>
        <w:sdtContent>
          <w:r w:rsidRPr="001E4D9D">
            <w:rPr>
              <w:rFonts w:ascii="DejaVu Sans" w:hAnsi="DejaVu Sans"/>
              <w:lang w:val="nl-NL"/>
            </w:rPr>
            <w:t>☐</w:t>
          </w:r>
        </w:sdtContent>
      </w:sdt>
      <w:r w:rsidRPr="001E4D9D">
        <w:rPr>
          <w:lang w:val="nl-NL"/>
        </w:rPr>
        <w:t xml:space="preserve"> Ja     </w:t>
      </w:r>
      <w:sdt>
        <w:sdtPr>
          <w:rPr>
            <w:lang w:val="nl-NL"/>
          </w:rPr>
          <w:id w:val="132"/>
          <w14:checkbox>
            <w14:checked w14:val="0"/>
            <w14:checkedState w14:val="2612" w14:font="DejaVu Sans"/>
            <w14:uncheckedState w14:val="2610" w14:font="DejaVu Sans"/>
          </w14:checkbox>
        </w:sdtPr>
        <w:sdtEndPr/>
        <w:sdtContent>
          <w:r w:rsidRPr="001E4D9D">
            <w:rPr>
              <w:rFonts w:ascii="DejaVu Sans" w:hAnsi="DejaVu Sans"/>
              <w:lang w:val="nl-NL"/>
            </w:rPr>
            <w:t>☐</w:t>
          </w:r>
        </w:sdtContent>
      </w:sdt>
      <w:r w:rsidRPr="001E4D9D">
        <w:rPr>
          <w:lang w:val="nl-NL"/>
        </w:rPr>
        <w:t xml:space="preserve"> Nee</w:t>
      </w:r>
    </w:p>
    <w:p w14:paraId="0C411440" w14:textId="77777777" w:rsidR="000D72B6" w:rsidRPr="001E4D9D" w:rsidRDefault="000D72B6" w:rsidP="00B528E3">
      <w:pPr>
        <w:keepNext/>
        <w:spacing w:after="40"/>
        <w:rPr>
          <w:lang w:val="nl-NL"/>
        </w:rPr>
      </w:pPr>
      <w:bookmarkStart w:id="19" w:name="sub_voorwaarde_nr_17"/>
      <w:bookmarkEnd w:id="19"/>
      <w:r w:rsidRPr="001E4D9D">
        <w:rPr>
          <w:sz w:val="20"/>
          <w:lang w:val="nl-NL"/>
        </w:rPr>
        <w:t>Het is duidelijk wie waarvoor verantwoordelijk is. Er zijn afspraken over dagelijkse aansturing, mandaat, escalatie, klachten en sociale veiligheid.</w:t>
      </w:r>
    </w:p>
    <w:p w14:paraId="4A808491" w14:textId="77777777" w:rsidR="00715F11" w:rsidRPr="001E4D9D" w:rsidRDefault="000D72B6">
      <w:pPr>
        <w:spacing w:after="160"/>
        <w:rPr>
          <w:lang w:val="nl-NL"/>
        </w:rPr>
      </w:pPr>
      <w:sdt>
        <w:sdtPr>
          <w:rPr>
            <w:lang w:val="nl-NL"/>
          </w:rPr>
          <w:id w:val="133"/>
          <w14:checkbox>
            <w14:checked w14:val="0"/>
            <w14:checkedState w14:val="2612" w14:font="DejaVu Sans"/>
            <w14:uncheckedState w14:val="2610" w14:font="DejaVu Sans"/>
          </w14:checkbox>
        </w:sdtPr>
        <w:sdtEndPr/>
        <w:sdtContent>
          <w:r w:rsidRPr="001E4D9D">
            <w:rPr>
              <w:rFonts w:ascii="DejaVu Sans" w:hAnsi="DejaVu Sans"/>
              <w:lang w:val="nl-NL"/>
            </w:rPr>
            <w:t>☐</w:t>
          </w:r>
        </w:sdtContent>
      </w:sdt>
      <w:r w:rsidRPr="001E4D9D">
        <w:rPr>
          <w:lang w:val="nl-NL"/>
        </w:rPr>
        <w:t xml:space="preserve"> Ja     </w:t>
      </w:r>
      <w:sdt>
        <w:sdtPr>
          <w:rPr>
            <w:lang w:val="nl-NL"/>
          </w:rPr>
          <w:id w:val="134"/>
          <w14:checkbox>
            <w14:checked w14:val="0"/>
            <w14:checkedState w14:val="2612" w14:font="DejaVu Sans"/>
            <w14:uncheckedState w14:val="2610" w14:font="DejaVu Sans"/>
          </w14:checkbox>
        </w:sdtPr>
        <w:sdtEndPr/>
        <w:sdtContent>
          <w:r w:rsidRPr="001E4D9D">
            <w:rPr>
              <w:rFonts w:ascii="DejaVu Sans" w:hAnsi="DejaVu Sans"/>
              <w:lang w:val="nl-NL"/>
            </w:rPr>
            <w:t>☐</w:t>
          </w:r>
        </w:sdtContent>
      </w:sdt>
      <w:r w:rsidRPr="001E4D9D">
        <w:rPr>
          <w:lang w:val="nl-NL"/>
        </w:rPr>
        <w:t xml:space="preserve"> Nee</w:t>
      </w:r>
    </w:p>
    <w:p w14:paraId="5A47EE27" w14:textId="77777777" w:rsidR="000D72B6" w:rsidRPr="001E4D9D" w:rsidRDefault="000D72B6" w:rsidP="00B528E3">
      <w:pPr>
        <w:keepNext/>
        <w:spacing w:after="40"/>
        <w:rPr>
          <w:lang w:val="nl-NL"/>
        </w:rPr>
      </w:pPr>
      <w:bookmarkStart w:id="20" w:name="sub_voorwaarde_nr_18"/>
      <w:bookmarkEnd w:id="20"/>
      <w:r w:rsidRPr="001E4D9D">
        <w:rPr>
          <w:sz w:val="20"/>
          <w:lang w:val="nl-NL"/>
        </w:rPr>
        <w:t>De sociaal beheerder wordt zorgvuldig en volgens de regels ingezet. De afspraken zijn schriftelijk vastgelegd. De organisatie regelt de afdrachten en verzekeringen die bij de gekozen constructie horen.</w:t>
      </w:r>
    </w:p>
    <w:p w14:paraId="3F6A9481" w14:textId="77777777" w:rsidR="00715F11" w:rsidRPr="001E4D9D" w:rsidRDefault="000D72B6">
      <w:pPr>
        <w:spacing w:after="160"/>
        <w:rPr>
          <w:lang w:val="nl-NL"/>
        </w:rPr>
      </w:pPr>
      <w:sdt>
        <w:sdtPr>
          <w:rPr>
            <w:lang w:val="nl-NL"/>
          </w:rPr>
          <w:id w:val="135"/>
          <w14:checkbox>
            <w14:checked w14:val="0"/>
            <w14:checkedState w14:val="2612" w14:font="DejaVu Sans"/>
            <w14:uncheckedState w14:val="2610" w14:font="DejaVu Sans"/>
          </w14:checkbox>
        </w:sdtPr>
        <w:sdtEndPr/>
        <w:sdtContent>
          <w:r w:rsidRPr="001E4D9D">
            <w:rPr>
              <w:rFonts w:ascii="DejaVu Sans" w:hAnsi="DejaVu Sans"/>
              <w:lang w:val="nl-NL"/>
            </w:rPr>
            <w:t>☐</w:t>
          </w:r>
        </w:sdtContent>
      </w:sdt>
      <w:r w:rsidRPr="001E4D9D">
        <w:rPr>
          <w:lang w:val="nl-NL"/>
        </w:rPr>
        <w:t xml:space="preserve"> Ja     </w:t>
      </w:r>
      <w:sdt>
        <w:sdtPr>
          <w:rPr>
            <w:lang w:val="nl-NL"/>
          </w:rPr>
          <w:id w:val="136"/>
          <w14:checkbox>
            <w14:checked w14:val="0"/>
            <w14:checkedState w14:val="2612" w14:font="DejaVu Sans"/>
            <w14:uncheckedState w14:val="2610" w14:font="DejaVu Sans"/>
          </w14:checkbox>
        </w:sdtPr>
        <w:sdtEndPr/>
        <w:sdtContent>
          <w:r w:rsidRPr="001E4D9D">
            <w:rPr>
              <w:rFonts w:ascii="DejaVu Sans" w:hAnsi="DejaVu Sans"/>
              <w:lang w:val="nl-NL"/>
            </w:rPr>
            <w:t>☐</w:t>
          </w:r>
        </w:sdtContent>
      </w:sdt>
      <w:r w:rsidRPr="001E4D9D">
        <w:rPr>
          <w:lang w:val="nl-NL"/>
        </w:rPr>
        <w:t xml:space="preserve"> Nee</w:t>
      </w:r>
    </w:p>
    <w:p w14:paraId="1AAAE023" w14:textId="7A5FFDF0" w:rsidR="000D72B6" w:rsidRPr="001E4D9D" w:rsidRDefault="000D72B6" w:rsidP="00B528E3">
      <w:pPr>
        <w:rPr>
          <w:lang w:val="nl-NL"/>
        </w:rPr>
      </w:pPr>
      <w:r w:rsidRPr="001E4D9D">
        <w:rPr>
          <w:lang w:val="nl-NL"/>
        </w:rPr>
        <w:t>Voldoe je niet aan deze voorwaarden? Dan kun je helaas geen subsidie krijgen.</w:t>
      </w:r>
    </w:p>
    <w:p w14:paraId="76CFECEE" w14:textId="77777777" w:rsidR="00715F11" w:rsidRPr="001E4D9D" w:rsidRDefault="000D72B6">
      <w:pPr>
        <w:rPr>
          <w:lang w:val="nl-NL"/>
        </w:rPr>
      </w:pPr>
      <w:r w:rsidRPr="001E4D9D">
        <w:rPr>
          <w:lang w:val="nl-NL"/>
        </w:rPr>
        <w:br w:type="page"/>
      </w:r>
    </w:p>
    <w:p w14:paraId="2E30DA42" w14:textId="77777777" w:rsidR="000D72B6" w:rsidRPr="001E4D9D" w:rsidRDefault="000D72B6" w:rsidP="00B528E3">
      <w:pPr>
        <w:pStyle w:val="Kop1"/>
        <w:rPr>
          <w:lang w:val="nl-NL"/>
        </w:rPr>
      </w:pPr>
      <w:r w:rsidRPr="001E4D9D">
        <w:rPr>
          <w:lang w:val="nl-NL"/>
        </w:rPr>
        <w:lastRenderedPageBreak/>
        <w:t>Categorie</w:t>
      </w:r>
    </w:p>
    <w:p w14:paraId="2331DC1D" w14:textId="77777777" w:rsidR="000D72B6" w:rsidRPr="001E4D9D" w:rsidRDefault="000D72B6" w:rsidP="00B528E3">
      <w:pPr>
        <w:rPr>
          <w:lang w:val="nl-NL"/>
        </w:rPr>
      </w:pPr>
      <w:r w:rsidRPr="001E4D9D">
        <w:rPr>
          <w:lang w:val="nl-NL"/>
        </w:rPr>
        <w:t>Kies per onderwerp de omschrijving die het beste past. De categorie met de meeste passende omschrijvingen is de categorie voor de aanvraag en bepaalt dus ook voor welke subsidiecategorie je in aanmerking komt. </w:t>
      </w:r>
    </w:p>
    <w:p w14:paraId="4AD5F89C" w14:textId="77777777" w:rsidR="000D72B6" w:rsidRPr="001E4D9D" w:rsidRDefault="000D72B6" w:rsidP="00B528E3">
      <w:pPr>
        <w:rPr>
          <w:lang w:val="nl-NL"/>
        </w:rPr>
      </w:pPr>
      <w:bookmarkStart w:id="21" w:name="sub_openingstijden_inloop"/>
      <w:bookmarkEnd w:id="21"/>
      <w:r w:rsidRPr="001E4D9D">
        <w:rPr>
          <w:b/>
          <w:lang w:val="nl-NL"/>
        </w:rPr>
        <w:t>Hoeveel dagen bent u geopend voor inloop?</w:t>
      </w:r>
    </w:p>
    <w:p w14:paraId="21C15F06" w14:textId="7D32EAA9" w:rsidR="00715F11" w:rsidRPr="001E4D9D" w:rsidRDefault="000D72B6">
      <w:pPr>
        <w:spacing w:after="80"/>
        <w:rPr>
          <w:lang w:val="nl-NL"/>
        </w:rPr>
      </w:pPr>
      <w:sdt>
        <w:sdtPr>
          <w:rPr>
            <w:lang w:val="nl-NL"/>
          </w:rPr>
          <w:id w:val="137"/>
          <w14:checkbox>
            <w14:checked w14:val="0"/>
            <w14:checkedState w14:val="2612" w14:font="DejaVu Sans"/>
            <w14:uncheckedState w14:val="2610" w14:font="DejaVu Sans"/>
          </w14:checkbox>
        </w:sdtPr>
        <w:sdtEndPr/>
        <w:sdtContent>
          <w:r w:rsidR="001E4D9D">
            <w:rPr>
              <w:rFonts w:ascii="DejaVu Sans" w:hAnsi="DejaVu Sans"/>
              <w:lang w:val="nl-NL"/>
            </w:rPr>
            <w:t>☐</w:t>
          </w:r>
        </w:sdtContent>
      </w:sdt>
      <w:r w:rsidRPr="001E4D9D">
        <w:rPr>
          <w:lang w:val="nl-NL"/>
        </w:rPr>
        <w:t xml:space="preserve"> A. Minstens 8 dagdelen van 3 uur of meer per week</w:t>
      </w:r>
    </w:p>
    <w:p w14:paraId="126726B3" w14:textId="77777777" w:rsidR="00715F11" w:rsidRPr="001E4D9D" w:rsidRDefault="000D72B6">
      <w:pPr>
        <w:spacing w:after="80"/>
        <w:rPr>
          <w:lang w:val="nl-NL"/>
        </w:rPr>
      </w:pPr>
      <w:sdt>
        <w:sdtPr>
          <w:rPr>
            <w:lang w:val="nl-NL"/>
          </w:rPr>
          <w:id w:val="138"/>
          <w14:checkbox>
            <w14:checked w14:val="0"/>
            <w14:checkedState w14:val="2612" w14:font="DejaVu Sans"/>
            <w14:uncheckedState w14:val="2610" w14:font="DejaVu Sans"/>
          </w14:checkbox>
        </w:sdtPr>
        <w:sdtEndPr/>
        <w:sdtContent>
          <w:r w:rsidRPr="001E4D9D">
            <w:rPr>
              <w:rFonts w:ascii="DejaVu Sans" w:hAnsi="DejaVu Sans"/>
              <w:lang w:val="nl-NL"/>
            </w:rPr>
            <w:t>☐</w:t>
          </w:r>
        </w:sdtContent>
      </w:sdt>
      <w:r w:rsidRPr="001E4D9D">
        <w:rPr>
          <w:lang w:val="nl-NL"/>
        </w:rPr>
        <w:t xml:space="preserve"> B. 5 dagen per week tijdens kantooruren</w:t>
      </w:r>
    </w:p>
    <w:p w14:paraId="1A445960" w14:textId="77777777" w:rsidR="00715F11" w:rsidRPr="001E4D9D" w:rsidRDefault="000D72B6">
      <w:pPr>
        <w:spacing w:after="80"/>
        <w:rPr>
          <w:lang w:val="nl-NL"/>
        </w:rPr>
      </w:pPr>
      <w:sdt>
        <w:sdtPr>
          <w:rPr>
            <w:lang w:val="nl-NL"/>
          </w:rPr>
          <w:id w:val="139"/>
          <w14:checkbox>
            <w14:checked w14:val="0"/>
            <w14:checkedState w14:val="2612" w14:font="DejaVu Sans"/>
            <w14:uncheckedState w14:val="2610" w14:font="DejaVu Sans"/>
          </w14:checkbox>
        </w:sdtPr>
        <w:sdtEndPr/>
        <w:sdtContent>
          <w:r w:rsidRPr="001E4D9D">
            <w:rPr>
              <w:rFonts w:ascii="DejaVu Sans" w:hAnsi="DejaVu Sans"/>
              <w:lang w:val="nl-NL"/>
            </w:rPr>
            <w:t>☐</w:t>
          </w:r>
        </w:sdtContent>
      </w:sdt>
      <w:r w:rsidRPr="001E4D9D">
        <w:rPr>
          <w:lang w:val="nl-NL"/>
        </w:rPr>
        <w:t xml:space="preserve"> C. Doordeweeks open en daarnaast regelmatig in de avond en/of in het weekend</w:t>
      </w:r>
    </w:p>
    <w:p w14:paraId="1B5ECD5B" w14:textId="77777777" w:rsidR="000D72B6" w:rsidRPr="001E4D9D" w:rsidRDefault="000D72B6" w:rsidP="00B528E3">
      <w:pPr>
        <w:rPr>
          <w:lang w:val="nl-NL"/>
        </w:rPr>
      </w:pPr>
      <w:r w:rsidRPr="001E4D9D">
        <w:rPr>
          <w:lang w:val="nl-NL"/>
        </w:rPr>
        <w:t>Dit veld is verplicht.</w:t>
      </w:r>
    </w:p>
    <w:p w14:paraId="1EF8ED49" w14:textId="77777777" w:rsidR="000D72B6" w:rsidRPr="001E4D9D" w:rsidRDefault="000D72B6" w:rsidP="00B528E3">
      <w:pPr>
        <w:rPr>
          <w:lang w:val="nl-NL"/>
        </w:rPr>
      </w:pPr>
      <w:bookmarkStart w:id="22" w:name="sub_toelichting_inloop"/>
      <w:bookmarkEnd w:id="22"/>
      <w:r w:rsidRPr="001E4D9D">
        <w:rPr>
          <w:lang w:val="nl-NL"/>
        </w:rPr>
        <w:t>Toelichting:</w:t>
      </w:r>
    </w:p>
    <w:tbl>
      <w:tblPr>
        <w:tblW w:w="0" w:type="auto"/>
        <w:tblLayout w:type="fixed"/>
        <w:tblLook w:val="04A0" w:firstRow="1" w:lastRow="0" w:firstColumn="1" w:lastColumn="0" w:noHBand="0" w:noVBand="1"/>
      </w:tblPr>
      <w:tblGrid>
        <w:gridCol w:w="9638"/>
      </w:tblGrid>
      <w:tr w:rsidR="00715F11" w14:paraId="78FE060D" w14:textId="77777777">
        <w:trPr>
          <w:trHeight w:val="658"/>
        </w:trPr>
        <w:tc>
          <w:tcPr>
            <w:tcW w:w="9638" w:type="dxa"/>
            <w:tcBorders>
              <w:top w:val="single" w:sz="4" w:space="0" w:color="B7C7D0"/>
              <w:left w:val="single" w:sz="4" w:space="0" w:color="B7C7D0"/>
              <w:bottom w:val="single" w:sz="4" w:space="0" w:color="B7C7D0"/>
              <w:right w:val="single" w:sz="4" w:space="0" w:color="B7C7D0"/>
            </w:tcBorders>
            <w:shd w:val="clear" w:color="auto" w:fill="F2F6F8"/>
            <w:tcMar>
              <w:top w:w="110" w:type="dxa"/>
              <w:left w:w="110" w:type="dxa"/>
              <w:bottom w:w="110" w:type="dxa"/>
              <w:right w:w="110" w:type="dxa"/>
            </w:tcMar>
          </w:tcPr>
          <w:p w14:paraId="4B258221" w14:textId="77777777" w:rsidR="00715F11" w:rsidRDefault="000D72B6">
            <w:pPr>
              <w:spacing w:after="0"/>
            </w:pPr>
            <w:sdt>
              <w:sdtPr>
                <w:alias w:val="Invulveld"/>
                <w:tag w:val="antwoord_140"/>
                <w:id w:val="140"/>
                <w:text w:multiLine="1"/>
              </w:sdtPr>
              <w:sdtEndPr/>
              <w:sdtContent>
                <w:r>
                  <w:t xml:space="preserve"> </w:t>
                </w:r>
              </w:sdtContent>
            </w:sdt>
          </w:p>
        </w:tc>
      </w:tr>
    </w:tbl>
    <w:p w14:paraId="443B074D" w14:textId="77777777" w:rsidR="00715F11" w:rsidRDefault="00715F11">
      <w:pPr>
        <w:spacing w:after="20"/>
      </w:pPr>
    </w:p>
    <w:p w14:paraId="5FD0DB08" w14:textId="77777777" w:rsidR="000D72B6" w:rsidRPr="001E4D9D" w:rsidRDefault="000D72B6" w:rsidP="00B528E3">
      <w:pPr>
        <w:rPr>
          <w:lang w:val="nl-NL"/>
        </w:rPr>
      </w:pPr>
      <w:bookmarkStart w:id="23" w:name="sub_vrijwilligers"/>
      <w:bookmarkEnd w:id="23"/>
      <w:r w:rsidRPr="001E4D9D">
        <w:rPr>
          <w:b/>
          <w:lang w:val="nl-NL"/>
        </w:rPr>
        <w:t>Hoeveel vrijwilligers zijn er werkzaam op een dag met inloop en collectieve activiteiten?</w:t>
      </w:r>
    </w:p>
    <w:p w14:paraId="2793E213" w14:textId="77777777" w:rsidR="00715F11" w:rsidRPr="001E4D9D" w:rsidRDefault="000D72B6">
      <w:pPr>
        <w:spacing w:after="80"/>
        <w:rPr>
          <w:lang w:val="nl-NL"/>
        </w:rPr>
      </w:pPr>
      <w:sdt>
        <w:sdtPr>
          <w:rPr>
            <w:lang w:val="nl-NL"/>
          </w:rPr>
          <w:id w:val="141"/>
          <w14:checkbox>
            <w14:checked w14:val="0"/>
            <w14:checkedState w14:val="2612" w14:font="DejaVu Sans"/>
            <w14:uncheckedState w14:val="2610" w14:font="DejaVu Sans"/>
          </w14:checkbox>
        </w:sdtPr>
        <w:sdtEndPr/>
        <w:sdtContent>
          <w:r w:rsidRPr="001E4D9D">
            <w:rPr>
              <w:rFonts w:ascii="DejaVu Sans" w:hAnsi="DejaVu Sans"/>
              <w:lang w:val="nl-NL"/>
            </w:rPr>
            <w:t>☐</w:t>
          </w:r>
        </w:sdtContent>
      </w:sdt>
      <w:r w:rsidRPr="001E4D9D">
        <w:rPr>
          <w:lang w:val="nl-NL"/>
        </w:rPr>
        <w:t xml:space="preserve"> A. Gemiddeld 2 tot 3 vrijwilligers</w:t>
      </w:r>
    </w:p>
    <w:p w14:paraId="6F54C938" w14:textId="77777777" w:rsidR="00715F11" w:rsidRPr="001E4D9D" w:rsidRDefault="000D72B6">
      <w:pPr>
        <w:spacing w:after="80"/>
        <w:rPr>
          <w:lang w:val="nl-NL"/>
        </w:rPr>
      </w:pPr>
      <w:sdt>
        <w:sdtPr>
          <w:rPr>
            <w:lang w:val="nl-NL"/>
          </w:rPr>
          <w:id w:val="142"/>
          <w14:checkbox>
            <w14:checked w14:val="0"/>
            <w14:checkedState w14:val="2612" w14:font="DejaVu Sans"/>
            <w14:uncheckedState w14:val="2610" w14:font="DejaVu Sans"/>
          </w14:checkbox>
        </w:sdtPr>
        <w:sdtEndPr/>
        <w:sdtContent>
          <w:r w:rsidRPr="001E4D9D">
            <w:rPr>
              <w:rFonts w:ascii="DejaVu Sans" w:hAnsi="DejaVu Sans"/>
              <w:lang w:val="nl-NL"/>
            </w:rPr>
            <w:t>☐</w:t>
          </w:r>
        </w:sdtContent>
      </w:sdt>
      <w:r w:rsidRPr="001E4D9D">
        <w:rPr>
          <w:lang w:val="nl-NL"/>
        </w:rPr>
        <w:t xml:space="preserve"> B. Gemiddeld 4-6 vrijwilligers</w:t>
      </w:r>
    </w:p>
    <w:p w14:paraId="22B84CC7" w14:textId="77777777" w:rsidR="00715F11" w:rsidRPr="001E4D9D" w:rsidRDefault="000D72B6">
      <w:pPr>
        <w:spacing w:after="80"/>
        <w:rPr>
          <w:lang w:val="nl-NL"/>
        </w:rPr>
      </w:pPr>
      <w:sdt>
        <w:sdtPr>
          <w:rPr>
            <w:lang w:val="nl-NL"/>
          </w:rPr>
          <w:id w:val="143"/>
          <w14:checkbox>
            <w14:checked w14:val="0"/>
            <w14:checkedState w14:val="2612" w14:font="DejaVu Sans"/>
            <w14:uncheckedState w14:val="2610" w14:font="DejaVu Sans"/>
          </w14:checkbox>
        </w:sdtPr>
        <w:sdtEndPr/>
        <w:sdtContent>
          <w:r w:rsidRPr="001E4D9D">
            <w:rPr>
              <w:rFonts w:ascii="DejaVu Sans" w:hAnsi="DejaVu Sans"/>
              <w:lang w:val="nl-NL"/>
            </w:rPr>
            <w:t>☐</w:t>
          </w:r>
        </w:sdtContent>
      </w:sdt>
      <w:r w:rsidRPr="001E4D9D">
        <w:rPr>
          <w:lang w:val="nl-NL"/>
        </w:rPr>
        <w:t xml:space="preserve"> C. Gemiddeld 7 of meer vrijwilligers</w:t>
      </w:r>
    </w:p>
    <w:p w14:paraId="5A03DA09" w14:textId="77777777" w:rsidR="000D72B6" w:rsidRPr="001E4D9D" w:rsidRDefault="000D72B6" w:rsidP="00B528E3">
      <w:pPr>
        <w:rPr>
          <w:lang w:val="nl-NL"/>
        </w:rPr>
      </w:pPr>
      <w:bookmarkStart w:id="24" w:name="sub_toelichting_vrijwilligers"/>
      <w:bookmarkEnd w:id="24"/>
      <w:r w:rsidRPr="001E4D9D">
        <w:rPr>
          <w:lang w:val="nl-NL"/>
        </w:rPr>
        <w:t>Toelichting:</w:t>
      </w:r>
    </w:p>
    <w:tbl>
      <w:tblPr>
        <w:tblW w:w="0" w:type="auto"/>
        <w:tblLayout w:type="fixed"/>
        <w:tblLook w:val="04A0" w:firstRow="1" w:lastRow="0" w:firstColumn="1" w:lastColumn="0" w:noHBand="0" w:noVBand="1"/>
      </w:tblPr>
      <w:tblGrid>
        <w:gridCol w:w="9638"/>
      </w:tblGrid>
      <w:tr w:rsidR="00715F11" w14:paraId="5063D1A7" w14:textId="77777777">
        <w:trPr>
          <w:trHeight w:val="658"/>
        </w:trPr>
        <w:tc>
          <w:tcPr>
            <w:tcW w:w="9638" w:type="dxa"/>
            <w:tcBorders>
              <w:top w:val="single" w:sz="4" w:space="0" w:color="B7C7D0"/>
              <w:left w:val="single" w:sz="4" w:space="0" w:color="B7C7D0"/>
              <w:bottom w:val="single" w:sz="4" w:space="0" w:color="B7C7D0"/>
              <w:right w:val="single" w:sz="4" w:space="0" w:color="B7C7D0"/>
            </w:tcBorders>
            <w:shd w:val="clear" w:color="auto" w:fill="F2F6F8"/>
            <w:tcMar>
              <w:top w:w="110" w:type="dxa"/>
              <w:left w:w="110" w:type="dxa"/>
              <w:bottom w:w="110" w:type="dxa"/>
              <w:right w:w="110" w:type="dxa"/>
            </w:tcMar>
          </w:tcPr>
          <w:p w14:paraId="13662345" w14:textId="77777777" w:rsidR="00715F11" w:rsidRDefault="000D72B6">
            <w:pPr>
              <w:spacing w:after="0"/>
            </w:pPr>
            <w:sdt>
              <w:sdtPr>
                <w:alias w:val="Invulveld"/>
                <w:tag w:val="antwoord_144"/>
                <w:id w:val="144"/>
                <w:text w:multiLine="1"/>
              </w:sdtPr>
              <w:sdtEndPr/>
              <w:sdtContent>
                <w:r>
                  <w:t xml:space="preserve"> </w:t>
                </w:r>
              </w:sdtContent>
            </w:sdt>
          </w:p>
        </w:tc>
      </w:tr>
    </w:tbl>
    <w:p w14:paraId="206EC75D" w14:textId="77777777" w:rsidR="00715F11" w:rsidRDefault="00715F11">
      <w:pPr>
        <w:spacing w:after="20"/>
      </w:pPr>
    </w:p>
    <w:p w14:paraId="381999F2" w14:textId="77777777" w:rsidR="000D72B6" w:rsidRPr="001E4D9D" w:rsidRDefault="000D72B6" w:rsidP="00B528E3">
      <w:pPr>
        <w:rPr>
          <w:lang w:val="nl-NL"/>
        </w:rPr>
      </w:pPr>
      <w:bookmarkStart w:id="25" w:name="sub_programmering"/>
      <w:bookmarkEnd w:id="25"/>
      <w:r w:rsidRPr="001E4D9D">
        <w:rPr>
          <w:b/>
          <w:lang w:val="nl-NL"/>
        </w:rPr>
        <w:t>Hoeveel ruimtes of plekken zijn beschikbaar voor maatschappelijke activiteiten?</w:t>
      </w:r>
    </w:p>
    <w:p w14:paraId="54E31081" w14:textId="77777777" w:rsidR="00715F11" w:rsidRPr="001E4D9D" w:rsidRDefault="000D72B6">
      <w:pPr>
        <w:spacing w:after="80"/>
        <w:rPr>
          <w:lang w:val="nl-NL"/>
        </w:rPr>
      </w:pPr>
      <w:sdt>
        <w:sdtPr>
          <w:rPr>
            <w:lang w:val="nl-NL"/>
          </w:rPr>
          <w:id w:val="145"/>
          <w14:checkbox>
            <w14:checked w14:val="0"/>
            <w14:checkedState w14:val="2612" w14:font="DejaVu Sans"/>
            <w14:uncheckedState w14:val="2610" w14:font="DejaVu Sans"/>
          </w14:checkbox>
        </w:sdtPr>
        <w:sdtEndPr/>
        <w:sdtContent>
          <w:r w:rsidRPr="001E4D9D">
            <w:rPr>
              <w:rFonts w:ascii="DejaVu Sans" w:hAnsi="DejaVu Sans"/>
              <w:lang w:val="nl-NL"/>
            </w:rPr>
            <w:t>☐</w:t>
          </w:r>
        </w:sdtContent>
      </w:sdt>
      <w:r w:rsidRPr="001E4D9D">
        <w:rPr>
          <w:lang w:val="nl-NL"/>
        </w:rPr>
        <w:t xml:space="preserve"> A. Activiteiten vinden plaats in dezelfde ruimte als de inloop</w:t>
      </w:r>
    </w:p>
    <w:p w14:paraId="25FCF6E9" w14:textId="77777777" w:rsidR="00715F11" w:rsidRPr="001E4D9D" w:rsidRDefault="000D72B6">
      <w:pPr>
        <w:spacing w:after="80"/>
        <w:rPr>
          <w:lang w:val="nl-NL"/>
        </w:rPr>
      </w:pPr>
      <w:sdt>
        <w:sdtPr>
          <w:rPr>
            <w:lang w:val="nl-NL"/>
          </w:rPr>
          <w:id w:val="146"/>
          <w14:checkbox>
            <w14:checked w14:val="0"/>
            <w14:checkedState w14:val="2612" w14:font="DejaVu Sans"/>
            <w14:uncheckedState w14:val="2610" w14:font="DejaVu Sans"/>
          </w14:checkbox>
        </w:sdtPr>
        <w:sdtEndPr/>
        <w:sdtContent>
          <w:r w:rsidRPr="001E4D9D">
            <w:rPr>
              <w:rFonts w:ascii="DejaVu Sans" w:hAnsi="DejaVu Sans"/>
              <w:lang w:val="nl-NL"/>
            </w:rPr>
            <w:t>☐</w:t>
          </w:r>
        </w:sdtContent>
      </w:sdt>
      <w:r w:rsidRPr="001E4D9D">
        <w:rPr>
          <w:lang w:val="nl-NL"/>
        </w:rPr>
        <w:t xml:space="preserve"> B. Activiteiten vinden plaats in de inloop en in één of twee ruimtes of plekken voor maatschappelijke activiteiten</w:t>
      </w:r>
    </w:p>
    <w:p w14:paraId="74991E82" w14:textId="77777777" w:rsidR="00715F11" w:rsidRPr="001E4D9D" w:rsidRDefault="000D72B6">
      <w:pPr>
        <w:spacing w:after="80"/>
        <w:rPr>
          <w:lang w:val="nl-NL"/>
        </w:rPr>
      </w:pPr>
      <w:sdt>
        <w:sdtPr>
          <w:rPr>
            <w:lang w:val="nl-NL"/>
          </w:rPr>
          <w:id w:val="147"/>
          <w14:checkbox>
            <w14:checked w14:val="0"/>
            <w14:checkedState w14:val="2612" w14:font="DejaVu Sans"/>
            <w14:uncheckedState w14:val="2610" w14:font="DejaVu Sans"/>
          </w14:checkbox>
        </w:sdtPr>
        <w:sdtEndPr/>
        <w:sdtContent>
          <w:r w:rsidRPr="001E4D9D">
            <w:rPr>
              <w:rFonts w:ascii="DejaVu Sans" w:hAnsi="DejaVu Sans"/>
              <w:lang w:val="nl-NL"/>
            </w:rPr>
            <w:t>☐</w:t>
          </w:r>
        </w:sdtContent>
      </w:sdt>
      <w:r w:rsidRPr="001E4D9D">
        <w:rPr>
          <w:lang w:val="nl-NL"/>
        </w:rPr>
        <w:t xml:space="preserve"> C. Activiteiten vinden plaats in de inloop en in drie of meer ruimtes of plekken voor maatschappelijke activiteiten</w:t>
      </w:r>
    </w:p>
    <w:p w14:paraId="5D523F52" w14:textId="77777777" w:rsidR="000D72B6" w:rsidRPr="00B528E3" w:rsidRDefault="000D72B6" w:rsidP="00B528E3">
      <w:bookmarkStart w:id="26" w:name="sub_toelichting_programmering"/>
      <w:bookmarkEnd w:id="26"/>
      <w:proofErr w:type="spellStart"/>
      <w:r w:rsidRPr="00B528E3">
        <w:t>Toelichting</w:t>
      </w:r>
      <w:proofErr w:type="spellEnd"/>
      <w:r w:rsidRPr="00B528E3">
        <w:t>:</w:t>
      </w:r>
    </w:p>
    <w:tbl>
      <w:tblPr>
        <w:tblW w:w="0" w:type="auto"/>
        <w:tblLayout w:type="fixed"/>
        <w:tblLook w:val="04A0" w:firstRow="1" w:lastRow="0" w:firstColumn="1" w:lastColumn="0" w:noHBand="0" w:noVBand="1"/>
      </w:tblPr>
      <w:tblGrid>
        <w:gridCol w:w="9638"/>
      </w:tblGrid>
      <w:tr w:rsidR="00715F11" w14:paraId="4276401A" w14:textId="77777777">
        <w:trPr>
          <w:trHeight w:val="658"/>
        </w:trPr>
        <w:tc>
          <w:tcPr>
            <w:tcW w:w="9638" w:type="dxa"/>
            <w:tcBorders>
              <w:top w:val="single" w:sz="4" w:space="0" w:color="B7C7D0"/>
              <w:left w:val="single" w:sz="4" w:space="0" w:color="B7C7D0"/>
              <w:bottom w:val="single" w:sz="4" w:space="0" w:color="B7C7D0"/>
              <w:right w:val="single" w:sz="4" w:space="0" w:color="B7C7D0"/>
            </w:tcBorders>
            <w:shd w:val="clear" w:color="auto" w:fill="F2F6F8"/>
            <w:tcMar>
              <w:top w:w="110" w:type="dxa"/>
              <w:left w:w="110" w:type="dxa"/>
              <w:bottom w:w="110" w:type="dxa"/>
              <w:right w:w="110" w:type="dxa"/>
            </w:tcMar>
          </w:tcPr>
          <w:p w14:paraId="31346793" w14:textId="77777777" w:rsidR="00715F11" w:rsidRDefault="000D72B6">
            <w:pPr>
              <w:spacing w:after="0"/>
            </w:pPr>
            <w:sdt>
              <w:sdtPr>
                <w:alias w:val="Invulveld"/>
                <w:tag w:val="antwoord_148"/>
                <w:id w:val="148"/>
                <w:text w:multiLine="1"/>
              </w:sdtPr>
              <w:sdtEndPr/>
              <w:sdtContent>
                <w:r>
                  <w:t xml:space="preserve"> </w:t>
                </w:r>
              </w:sdtContent>
            </w:sdt>
          </w:p>
        </w:tc>
      </w:tr>
    </w:tbl>
    <w:p w14:paraId="4D860D25" w14:textId="77777777" w:rsidR="00715F11" w:rsidRDefault="00715F11">
      <w:pPr>
        <w:spacing w:after="20"/>
      </w:pPr>
    </w:p>
    <w:p w14:paraId="2AB32D45" w14:textId="77777777" w:rsidR="00715F11" w:rsidRDefault="000D72B6">
      <w:r>
        <w:br w:type="page"/>
      </w:r>
    </w:p>
    <w:p w14:paraId="36DC67F7" w14:textId="77777777" w:rsidR="00715F11" w:rsidRDefault="000D72B6">
      <w:pPr>
        <w:pStyle w:val="Kop1"/>
      </w:pPr>
      <w:r>
        <w:lastRenderedPageBreak/>
        <w:t>Categorie</w:t>
      </w:r>
    </w:p>
    <w:p w14:paraId="30A87C78" w14:textId="77777777" w:rsidR="000D72B6" w:rsidRPr="001E4D9D" w:rsidRDefault="000D72B6" w:rsidP="00B528E3">
      <w:pPr>
        <w:rPr>
          <w:lang w:val="nl-NL"/>
        </w:rPr>
      </w:pPr>
      <w:bookmarkStart w:id="27" w:name="sub_bezoekers"/>
      <w:bookmarkEnd w:id="27"/>
      <w:r w:rsidRPr="001E4D9D">
        <w:rPr>
          <w:b/>
          <w:lang w:val="nl-NL"/>
        </w:rPr>
        <w:t>Hoeveel bezoekers nemen er naar verwachting per week deelnemen aan activiteiten en de inloop. </w:t>
      </w:r>
    </w:p>
    <w:p w14:paraId="408D358A" w14:textId="77777777" w:rsidR="00715F11" w:rsidRPr="001E4D9D" w:rsidRDefault="000D72B6">
      <w:pPr>
        <w:spacing w:after="80"/>
        <w:rPr>
          <w:lang w:val="nl-NL"/>
        </w:rPr>
      </w:pPr>
      <w:sdt>
        <w:sdtPr>
          <w:rPr>
            <w:lang w:val="nl-NL"/>
          </w:rPr>
          <w:id w:val="149"/>
          <w14:checkbox>
            <w14:checked w14:val="0"/>
            <w14:checkedState w14:val="2612" w14:font="DejaVu Sans"/>
            <w14:uncheckedState w14:val="2610" w14:font="DejaVu Sans"/>
          </w14:checkbox>
        </w:sdtPr>
        <w:sdtEndPr/>
        <w:sdtContent>
          <w:r w:rsidRPr="001E4D9D">
            <w:rPr>
              <w:rFonts w:ascii="DejaVu Sans" w:hAnsi="DejaVu Sans"/>
              <w:lang w:val="nl-NL"/>
            </w:rPr>
            <w:t>☐</w:t>
          </w:r>
        </w:sdtContent>
      </w:sdt>
      <w:r w:rsidRPr="001E4D9D">
        <w:rPr>
          <w:lang w:val="nl-NL"/>
        </w:rPr>
        <w:t xml:space="preserve"> A. 50-100 bezoekers per week van de inloop en gezamenlijke activiteiten</w:t>
      </w:r>
    </w:p>
    <w:p w14:paraId="044BBB90" w14:textId="77777777" w:rsidR="00715F11" w:rsidRPr="001E4D9D" w:rsidRDefault="000D72B6">
      <w:pPr>
        <w:spacing w:after="80"/>
        <w:rPr>
          <w:lang w:val="nl-NL"/>
        </w:rPr>
      </w:pPr>
      <w:sdt>
        <w:sdtPr>
          <w:rPr>
            <w:lang w:val="nl-NL"/>
          </w:rPr>
          <w:id w:val="150"/>
          <w14:checkbox>
            <w14:checked w14:val="0"/>
            <w14:checkedState w14:val="2612" w14:font="DejaVu Sans"/>
            <w14:uncheckedState w14:val="2610" w14:font="DejaVu Sans"/>
          </w14:checkbox>
        </w:sdtPr>
        <w:sdtEndPr/>
        <w:sdtContent>
          <w:r w:rsidRPr="001E4D9D">
            <w:rPr>
              <w:rFonts w:ascii="DejaVu Sans" w:hAnsi="DejaVu Sans"/>
              <w:lang w:val="nl-NL"/>
            </w:rPr>
            <w:t>☐</w:t>
          </w:r>
        </w:sdtContent>
      </w:sdt>
      <w:r w:rsidRPr="001E4D9D">
        <w:rPr>
          <w:lang w:val="nl-NL"/>
        </w:rPr>
        <w:t xml:space="preserve"> B. 100 – 150 bezoekers per week van de inloop en gezamenlijke activiteiten</w:t>
      </w:r>
    </w:p>
    <w:p w14:paraId="68674147" w14:textId="77777777" w:rsidR="00715F11" w:rsidRPr="001E4D9D" w:rsidRDefault="000D72B6">
      <w:pPr>
        <w:spacing w:after="80"/>
        <w:rPr>
          <w:lang w:val="nl-NL"/>
        </w:rPr>
      </w:pPr>
      <w:sdt>
        <w:sdtPr>
          <w:rPr>
            <w:lang w:val="nl-NL"/>
          </w:rPr>
          <w:id w:val="151"/>
          <w14:checkbox>
            <w14:checked w14:val="0"/>
            <w14:checkedState w14:val="2612" w14:font="DejaVu Sans"/>
            <w14:uncheckedState w14:val="2610" w14:font="DejaVu Sans"/>
          </w14:checkbox>
        </w:sdtPr>
        <w:sdtEndPr/>
        <w:sdtContent>
          <w:r w:rsidRPr="001E4D9D">
            <w:rPr>
              <w:rFonts w:ascii="DejaVu Sans" w:hAnsi="DejaVu Sans"/>
              <w:lang w:val="nl-NL"/>
            </w:rPr>
            <w:t>☐</w:t>
          </w:r>
        </w:sdtContent>
      </w:sdt>
      <w:r w:rsidRPr="001E4D9D">
        <w:rPr>
          <w:lang w:val="nl-NL"/>
        </w:rPr>
        <w:t xml:space="preserve"> C. 151 of meer bezoekers per week van de inloop en gezamenlijke activiteiten</w:t>
      </w:r>
    </w:p>
    <w:p w14:paraId="20F89CB6" w14:textId="77777777" w:rsidR="000D72B6" w:rsidRPr="00B528E3" w:rsidRDefault="000D72B6" w:rsidP="00B528E3">
      <w:bookmarkStart w:id="28" w:name="sub_toelichting_bezoekers"/>
      <w:bookmarkEnd w:id="28"/>
      <w:proofErr w:type="spellStart"/>
      <w:r w:rsidRPr="00B528E3">
        <w:t>Toelichting</w:t>
      </w:r>
      <w:proofErr w:type="spellEnd"/>
      <w:r w:rsidRPr="00B528E3">
        <w:t>:</w:t>
      </w:r>
    </w:p>
    <w:tbl>
      <w:tblPr>
        <w:tblW w:w="0" w:type="auto"/>
        <w:tblLayout w:type="fixed"/>
        <w:tblLook w:val="04A0" w:firstRow="1" w:lastRow="0" w:firstColumn="1" w:lastColumn="0" w:noHBand="0" w:noVBand="1"/>
      </w:tblPr>
      <w:tblGrid>
        <w:gridCol w:w="9638"/>
      </w:tblGrid>
      <w:tr w:rsidR="00715F11" w14:paraId="23899C2C" w14:textId="77777777">
        <w:trPr>
          <w:trHeight w:val="658"/>
        </w:trPr>
        <w:tc>
          <w:tcPr>
            <w:tcW w:w="9638" w:type="dxa"/>
            <w:tcBorders>
              <w:top w:val="single" w:sz="4" w:space="0" w:color="B7C7D0"/>
              <w:left w:val="single" w:sz="4" w:space="0" w:color="B7C7D0"/>
              <w:bottom w:val="single" w:sz="4" w:space="0" w:color="B7C7D0"/>
              <w:right w:val="single" w:sz="4" w:space="0" w:color="B7C7D0"/>
            </w:tcBorders>
            <w:shd w:val="clear" w:color="auto" w:fill="F2F6F8"/>
            <w:tcMar>
              <w:top w:w="110" w:type="dxa"/>
              <w:left w:w="110" w:type="dxa"/>
              <w:bottom w:w="110" w:type="dxa"/>
              <w:right w:w="110" w:type="dxa"/>
            </w:tcMar>
          </w:tcPr>
          <w:p w14:paraId="5C4022F3" w14:textId="77777777" w:rsidR="00715F11" w:rsidRDefault="000D72B6">
            <w:pPr>
              <w:spacing w:after="0"/>
            </w:pPr>
            <w:sdt>
              <w:sdtPr>
                <w:alias w:val="Invulveld"/>
                <w:tag w:val="antwoord_152"/>
                <w:id w:val="152"/>
                <w:text w:multiLine="1"/>
              </w:sdtPr>
              <w:sdtEndPr/>
              <w:sdtContent>
                <w:r>
                  <w:t xml:space="preserve"> </w:t>
                </w:r>
              </w:sdtContent>
            </w:sdt>
          </w:p>
        </w:tc>
      </w:tr>
    </w:tbl>
    <w:p w14:paraId="7138F9EE" w14:textId="77777777" w:rsidR="00715F11" w:rsidRDefault="00715F11">
      <w:pPr>
        <w:spacing w:after="20"/>
      </w:pPr>
    </w:p>
    <w:p w14:paraId="3BB2763C" w14:textId="77777777" w:rsidR="000D72B6" w:rsidRPr="001E4D9D" w:rsidRDefault="000D72B6" w:rsidP="00B528E3">
      <w:pPr>
        <w:rPr>
          <w:lang w:val="nl-NL"/>
        </w:rPr>
      </w:pPr>
      <w:bookmarkStart w:id="29" w:name="sub_netwerk"/>
      <w:bookmarkEnd w:id="29"/>
      <w:r w:rsidRPr="001E4D9D">
        <w:rPr>
          <w:b/>
          <w:lang w:val="nl-NL"/>
        </w:rPr>
        <w:t>Hoeveel netwerkpartners werken er regelmatig vanuit of met de wijkontmoetingsplek?</w:t>
      </w:r>
    </w:p>
    <w:p w14:paraId="31D91746" w14:textId="77777777" w:rsidR="00715F11" w:rsidRPr="001E4D9D" w:rsidRDefault="000D72B6">
      <w:pPr>
        <w:spacing w:after="80"/>
        <w:rPr>
          <w:lang w:val="nl-NL"/>
        </w:rPr>
      </w:pPr>
      <w:sdt>
        <w:sdtPr>
          <w:rPr>
            <w:lang w:val="nl-NL"/>
          </w:rPr>
          <w:id w:val="153"/>
          <w14:checkbox>
            <w14:checked w14:val="0"/>
            <w14:checkedState w14:val="2612" w14:font="DejaVu Sans"/>
            <w14:uncheckedState w14:val="2610" w14:font="DejaVu Sans"/>
          </w14:checkbox>
        </w:sdtPr>
        <w:sdtEndPr/>
        <w:sdtContent>
          <w:r w:rsidRPr="001E4D9D">
            <w:rPr>
              <w:rFonts w:ascii="DejaVu Sans" w:hAnsi="DejaVu Sans"/>
              <w:lang w:val="nl-NL"/>
            </w:rPr>
            <w:t>☐</w:t>
          </w:r>
        </w:sdtContent>
      </w:sdt>
      <w:r w:rsidRPr="001E4D9D">
        <w:rPr>
          <w:lang w:val="nl-NL"/>
        </w:rPr>
        <w:t xml:space="preserve"> A. 1-2 professionele netwerkpartners</w:t>
      </w:r>
    </w:p>
    <w:p w14:paraId="705E9CFD" w14:textId="77777777" w:rsidR="00715F11" w:rsidRPr="001E4D9D" w:rsidRDefault="000D72B6">
      <w:pPr>
        <w:spacing w:after="80"/>
        <w:rPr>
          <w:lang w:val="nl-NL"/>
        </w:rPr>
      </w:pPr>
      <w:sdt>
        <w:sdtPr>
          <w:rPr>
            <w:lang w:val="nl-NL"/>
          </w:rPr>
          <w:id w:val="154"/>
          <w14:checkbox>
            <w14:checked w14:val="0"/>
            <w14:checkedState w14:val="2612" w14:font="DejaVu Sans"/>
            <w14:uncheckedState w14:val="2610" w14:font="DejaVu Sans"/>
          </w14:checkbox>
        </w:sdtPr>
        <w:sdtEndPr/>
        <w:sdtContent>
          <w:r w:rsidRPr="001E4D9D">
            <w:rPr>
              <w:rFonts w:ascii="DejaVu Sans" w:hAnsi="DejaVu Sans"/>
              <w:lang w:val="nl-NL"/>
            </w:rPr>
            <w:t>☐</w:t>
          </w:r>
        </w:sdtContent>
      </w:sdt>
      <w:r w:rsidRPr="001E4D9D">
        <w:rPr>
          <w:lang w:val="nl-NL"/>
        </w:rPr>
        <w:t xml:space="preserve"> B. 3-4 professionele netwerkpartners</w:t>
      </w:r>
    </w:p>
    <w:p w14:paraId="78B97777" w14:textId="77777777" w:rsidR="00715F11" w:rsidRDefault="000D72B6">
      <w:pPr>
        <w:spacing w:after="80"/>
      </w:pPr>
      <w:sdt>
        <w:sdtPr>
          <w:id w:val="155"/>
          <w14:checkbox>
            <w14:checked w14:val="0"/>
            <w14:checkedState w14:val="2612" w14:font="DejaVu Sans"/>
            <w14:uncheckedState w14:val="2610" w14:font="DejaVu Sans"/>
          </w14:checkbox>
        </w:sdtPr>
        <w:sdtEndPr/>
        <w:sdtContent>
          <w:r>
            <w:rPr>
              <w:rFonts w:ascii="DejaVu Sans" w:hAnsi="DejaVu Sans"/>
            </w:rPr>
            <w:t>☐</w:t>
          </w:r>
        </w:sdtContent>
      </w:sdt>
      <w:r>
        <w:t xml:space="preserve"> C. 5-10 professionele netwerkpartners</w:t>
      </w:r>
    </w:p>
    <w:p w14:paraId="584C9621" w14:textId="77777777" w:rsidR="000D72B6" w:rsidRPr="00B528E3" w:rsidRDefault="000D72B6" w:rsidP="00B528E3">
      <w:bookmarkStart w:id="30" w:name="sub_toelichting_netwerk"/>
      <w:bookmarkEnd w:id="30"/>
      <w:r w:rsidRPr="00B528E3">
        <w:t>Toelichting:</w:t>
      </w:r>
    </w:p>
    <w:tbl>
      <w:tblPr>
        <w:tblW w:w="0" w:type="auto"/>
        <w:tblLayout w:type="fixed"/>
        <w:tblLook w:val="04A0" w:firstRow="1" w:lastRow="0" w:firstColumn="1" w:lastColumn="0" w:noHBand="0" w:noVBand="1"/>
      </w:tblPr>
      <w:tblGrid>
        <w:gridCol w:w="9638"/>
      </w:tblGrid>
      <w:tr w:rsidR="00715F11" w14:paraId="0588652F" w14:textId="77777777">
        <w:trPr>
          <w:trHeight w:val="658"/>
        </w:trPr>
        <w:tc>
          <w:tcPr>
            <w:tcW w:w="9638" w:type="dxa"/>
            <w:tcBorders>
              <w:top w:val="single" w:sz="4" w:space="0" w:color="B7C7D0"/>
              <w:left w:val="single" w:sz="4" w:space="0" w:color="B7C7D0"/>
              <w:bottom w:val="single" w:sz="4" w:space="0" w:color="B7C7D0"/>
              <w:right w:val="single" w:sz="4" w:space="0" w:color="B7C7D0"/>
            </w:tcBorders>
            <w:shd w:val="clear" w:color="auto" w:fill="F2F6F8"/>
            <w:tcMar>
              <w:top w:w="110" w:type="dxa"/>
              <w:left w:w="110" w:type="dxa"/>
              <w:bottom w:w="110" w:type="dxa"/>
              <w:right w:w="110" w:type="dxa"/>
            </w:tcMar>
          </w:tcPr>
          <w:p w14:paraId="7E28FD3F" w14:textId="77777777" w:rsidR="00715F11" w:rsidRDefault="000D72B6">
            <w:pPr>
              <w:spacing w:after="0"/>
            </w:pPr>
            <w:sdt>
              <w:sdtPr>
                <w:alias w:val="Invulveld"/>
                <w:tag w:val="antwoord_156"/>
                <w:id w:val="156"/>
                <w:text w:multiLine="1"/>
              </w:sdtPr>
              <w:sdtEndPr/>
              <w:sdtContent>
                <w:r>
                  <w:t xml:space="preserve"> </w:t>
                </w:r>
              </w:sdtContent>
            </w:sdt>
          </w:p>
        </w:tc>
      </w:tr>
    </w:tbl>
    <w:p w14:paraId="5C9E62F6" w14:textId="77777777" w:rsidR="00715F11" w:rsidRDefault="00715F11">
      <w:pPr>
        <w:spacing w:after="20"/>
      </w:pPr>
    </w:p>
    <w:p w14:paraId="60513CE8" w14:textId="77777777" w:rsidR="000D72B6" w:rsidRPr="001E4D9D" w:rsidRDefault="000D72B6" w:rsidP="00B528E3">
      <w:pPr>
        <w:rPr>
          <w:lang w:val="nl-NL"/>
        </w:rPr>
      </w:pPr>
      <w:bookmarkStart w:id="31" w:name="sub_uren_sociaal_beheer"/>
      <w:bookmarkEnd w:id="31"/>
      <w:r w:rsidRPr="001E4D9D">
        <w:rPr>
          <w:b/>
          <w:lang w:val="nl-NL"/>
        </w:rPr>
        <w:t>Hoeveel uur vindt er betaald en/of vrijwillig sociaal beheer structureel plaats bij de wijkontmoetingsplek?</w:t>
      </w:r>
    </w:p>
    <w:p w14:paraId="43475B9F" w14:textId="77777777" w:rsidR="00715F11" w:rsidRPr="001E4D9D" w:rsidRDefault="000D72B6">
      <w:pPr>
        <w:spacing w:after="80"/>
        <w:rPr>
          <w:lang w:val="nl-NL"/>
        </w:rPr>
      </w:pPr>
      <w:sdt>
        <w:sdtPr>
          <w:rPr>
            <w:lang w:val="nl-NL"/>
          </w:rPr>
          <w:id w:val="157"/>
          <w14:checkbox>
            <w14:checked w14:val="0"/>
            <w14:checkedState w14:val="2612" w14:font="DejaVu Sans"/>
            <w14:uncheckedState w14:val="2610" w14:font="DejaVu Sans"/>
          </w14:checkbox>
        </w:sdtPr>
        <w:sdtEndPr/>
        <w:sdtContent>
          <w:r w:rsidRPr="001E4D9D">
            <w:rPr>
              <w:rFonts w:ascii="DejaVu Sans" w:hAnsi="DejaVu Sans"/>
              <w:lang w:val="nl-NL"/>
            </w:rPr>
            <w:t>☐</w:t>
          </w:r>
        </w:sdtContent>
      </w:sdt>
      <w:r w:rsidRPr="001E4D9D">
        <w:rPr>
          <w:lang w:val="nl-NL"/>
        </w:rPr>
        <w:t xml:space="preserve"> A. 16-23 uur per week</w:t>
      </w:r>
    </w:p>
    <w:p w14:paraId="2392BDF4" w14:textId="77777777" w:rsidR="00715F11" w:rsidRPr="001E4D9D" w:rsidRDefault="000D72B6">
      <w:pPr>
        <w:spacing w:after="80"/>
        <w:rPr>
          <w:lang w:val="nl-NL"/>
        </w:rPr>
      </w:pPr>
      <w:sdt>
        <w:sdtPr>
          <w:rPr>
            <w:lang w:val="nl-NL"/>
          </w:rPr>
          <w:id w:val="158"/>
          <w14:checkbox>
            <w14:checked w14:val="0"/>
            <w14:checkedState w14:val="2612" w14:font="DejaVu Sans"/>
            <w14:uncheckedState w14:val="2610" w14:font="DejaVu Sans"/>
          </w14:checkbox>
        </w:sdtPr>
        <w:sdtEndPr/>
        <w:sdtContent>
          <w:r w:rsidRPr="001E4D9D">
            <w:rPr>
              <w:rFonts w:ascii="DejaVu Sans" w:hAnsi="DejaVu Sans"/>
              <w:lang w:val="nl-NL"/>
            </w:rPr>
            <w:t>☐</w:t>
          </w:r>
        </w:sdtContent>
      </w:sdt>
      <w:r w:rsidRPr="001E4D9D">
        <w:rPr>
          <w:lang w:val="nl-NL"/>
        </w:rPr>
        <w:t xml:space="preserve"> B. 24-32 uur per week</w:t>
      </w:r>
    </w:p>
    <w:p w14:paraId="4F8DEF4A" w14:textId="77777777" w:rsidR="00715F11" w:rsidRPr="001E4D9D" w:rsidRDefault="000D72B6">
      <w:pPr>
        <w:spacing w:after="80"/>
        <w:rPr>
          <w:lang w:val="nl-NL"/>
        </w:rPr>
      </w:pPr>
      <w:sdt>
        <w:sdtPr>
          <w:rPr>
            <w:lang w:val="nl-NL"/>
          </w:rPr>
          <w:id w:val="159"/>
          <w14:checkbox>
            <w14:checked w14:val="0"/>
            <w14:checkedState w14:val="2612" w14:font="DejaVu Sans"/>
            <w14:uncheckedState w14:val="2610" w14:font="DejaVu Sans"/>
          </w14:checkbox>
        </w:sdtPr>
        <w:sdtEndPr/>
        <w:sdtContent>
          <w:r w:rsidRPr="001E4D9D">
            <w:rPr>
              <w:rFonts w:ascii="DejaVu Sans" w:hAnsi="DejaVu Sans"/>
              <w:lang w:val="nl-NL"/>
            </w:rPr>
            <w:t>☐</w:t>
          </w:r>
        </w:sdtContent>
      </w:sdt>
      <w:r w:rsidRPr="001E4D9D">
        <w:rPr>
          <w:lang w:val="nl-NL"/>
        </w:rPr>
        <w:t xml:space="preserve"> C. 33 uur of meer per week</w:t>
      </w:r>
    </w:p>
    <w:p w14:paraId="6C52DCFF" w14:textId="77777777" w:rsidR="000D72B6" w:rsidRPr="00B528E3" w:rsidRDefault="000D72B6" w:rsidP="00B528E3">
      <w:bookmarkStart w:id="32" w:name="sub_toelichting_sociaal_beheer"/>
      <w:bookmarkEnd w:id="32"/>
      <w:proofErr w:type="spellStart"/>
      <w:r w:rsidRPr="00B528E3">
        <w:t>Toelichting</w:t>
      </w:r>
      <w:proofErr w:type="spellEnd"/>
      <w:r w:rsidRPr="00B528E3">
        <w:t>:</w:t>
      </w:r>
    </w:p>
    <w:tbl>
      <w:tblPr>
        <w:tblW w:w="0" w:type="auto"/>
        <w:tblLayout w:type="fixed"/>
        <w:tblLook w:val="04A0" w:firstRow="1" w:lastRow="0" w:firstColumn="1" w:lastColumn="0" w:noHBand="0" w:noVBand="1"/>
      </w:tblPr>
      <w:tblGrid>
        <w:gridCol w:w="9638"/>
      </w:tblGrid>
      <w:tr w:rsidR="00715F11" w14:paraId="11AEDE43" w14:textId="77777777">
        <w:trPr>
          <w:trHeight w:val="658"/>
        </w:trPr>
        <w:tc>
          <w:tcPr>
            <w:tcW w:w="9638" w:type="dxa"/>
            <w:tcBorders>
              <w:top w:val="single" w:sz="4" w:space="0" w:color="B7C7D0"/>
              <w:left w:val="single" w:sz="4" w:space="0" w:color="B7C7D0"/>
              <w:bottom w:val="single" w:sz="4" w:space="0" w:color="B7C7D0"/>
              <w:right w:val="single" w:sz="4" w:space="0" w:color="B7C7D0"/>
            </w:tcBorders>
            <w:shd w:val="clear" w:color="auto" w:fill="F2F6F8"/>
            <w:tcMar>
              <w:top w:w="110" w:type="dxa"/>
              <w:left w:w="110" w:type="dxa"/>
              <w:bottom w:w="110" w:type="dxa"/>
              <w:right w:w="110" w:type="dxa"/>
            </w:tcMar>
          </w:tcPr>
          <w:p w14:paraId="1321C5D3" w14:textId="77777777" w:rsidR="00715F11" w:rsidRDefault="000D72B6">
            <w:pPr>
              <w:spacing w:after="0"/>
            </w:pPr>
            <w:sdt>
              <w:sdtPr>
                <w:alias w:val="Invulveld"/>
                <w:tag w:val="antwoord_160"/>
                <w:id w:val="160"/>
                <w:text w:multiLine="1"/>
              </w:sdtPr>
              <w:sdtEndPr/>
              <w:sdtContent>
                <w:r>
                  <w:t xml:space="preserve"> </w:t>
                </w:r>
              </w:sdtContent>
            </w:sdt>
          </w:p>
        </w:tc>
      </w:tr>
    </w:tbl>
    <w:p w14:paraId="7C916310" w14:textId="77777777" w:rsidR="00715F11" w:rsidRDefault="00715F11">
      <w:pPr>
        <w:spacing w:after="20"/>
      </w:pPr>
    </w:p>
    <w:p w14:paraId="730A3213" w14:textId="77777777" w:rsidR="000D72B6" w:rsidRPr="001E4D9D" w:rsidRDefault="000D72B6" w:rsidP="00B528E3">
      <w:pPr>
        <w:rPr>
          <w:lang w:val="nl-NL"/>
        </w:rPr>
      </w:pPr>
      <w:bookmarkStart w:id="33" w:name="sub_categorie_keuze"/>
      <w:bookmarkEnd w:id="33"/>
      <w:r w:rsidRPr="001E4D9D">
        <w:rPr>
          <w:b/>
          <w:lang w:val="nl-NL"/>
        </w:rPr>
        <w:t>Welke categorie is het meeste gekozen en vraag je aan? </w:t>
      </w:r>
    </w:p>
    <w:p w14:paraId="70925BE3" w14:textId="77777777" w:rsidR="00715F11" w:rsidRPr="001E4D9D" w:rsidRDefault="000D72B6">
      <w:pPr>
        <w:spacing w:after="80"/>
        <w:rPr>
          <w:lang w:val="nl-NL"/>
        </w:rPr>
      </w:pPr>
      <w:sdt>
        <w:sdtPr>
          <w:rPr>
            <w:lang w:val="nl-NL"/>
          </w:rPr>
          <w:id w:val="161"/>
          <w14:checkbox>
            <w14:checked w14:val="0"/>
            <w14:checkedState w14:val="2612" w14:font="DejaVu Sans"/>
            <w14:uncheckedState w14:val="2610" w14:font="DejaVu Sans"/>
          </w14:checkbox>
        </w:sdtPr>
        <w:sdtEndPr/>
        <w:sdtContent>
          <w:r w:rsidRPr="001E4D9D">
            <w:rPr>
              <w:rFonts w:ascii="DejaVu Sans" w:hAnsi="DejaVu Sans"/>
              <w:lang w:val="nl-NL"/>
            </w:rPr>
            <w:t>☐</w:t>
          </w:r>
        </w:sdtContent>
      </w:sdt>
      <w:r w:rsidRPr="001E4D9D">
        <w:rPr>
          <w:lang w:val="nl-NL"/>
        </w:rPr>
        <w:t xml:space="preserve"> A. €31.250 per jaar</w:t>
      </w:r>
    </w:p>
    <w:p w14:paraId="39DC1611" w14:textId="77777777" w:rsidR="00715F11" w:rsidRPr="001E4D9D" w:rsidRDefault="000D72B6">
      <w:pPr>
        <w:spacing w:after="80"/>
        <w:rPr>
          <w:lang w:val="nl-NL"/>
        </w:rPr>
      </w:pPr>
      <w:sdt>
        <w:sdtPr>
          <w:rPr>
            <w:lang w:val="nl-NL"/>
          </w:rPr>
          <w:id w:val="162"/>
          <w14:checkbox>
            <w14:checked w14:val="0"/>
            <w14:checkedState w14:val="2612" w14:font="DejaVu Sans"/>
            <w14:uncheckedState w14:val="2610" w14:font="DejaVu Sans"/>
          </w14:checkbox>
        </w:sdtPr>
        <w:sdtEndPr/>
        <w:sdtContent>
          <w:r w:rsidRPr="001E4D9D">
            <w:rPr>
              <w:rFonts w:ascii="DejaVu Sans" w:hAnsi="DejaVu Sans"/>
              <w:lang w:val="nl-NL"/>
            </w:rPr>
            <w:t>☐</w:t>
          </w:r>
        </w:sdtContent>
      </w:sdt>
      <w:r w:rsidRPr="001E4D9D">
        <w:rPr>
          <w:lang w:val="nl-NL"/>
        </w:rPr>
        <w:t xml:space="preserve"> B. €56.250 per jaar</w:t>
      </w:r>
    </w:p>
    <w:p w14:paraId="4B4754BB" w14:textId="77777777" w:rsidR="00715F11" w:rsidRPr="001E4D9D" w:rsidRDefault="000D72B6">
      <w:pPr>
        <w:spacing w:after="80"/>
        <w:rPr>
          <w:lang w:val="nl-NL"/>
        </w:rPr>
      </w:pPr>
      <w:sdt>
        <w:sdtPr>
          <w:rPr>
            <w:lang w:val="nl-NL"/>
          </w:rPr>
          <w:id w:val="163"/>
          <w14:checkbox>
            <w14:checked w14:val="0"/>
            <w14:checkedState w14:val="2612" w14:font="DejaVu Sans"/>
            <w14:uncheckedState w14:val="2610" w14:font="DejaVu Sans"/>
          </w14:checkbox>
        </w:sdtPr>
        <w:sdtEndPr/>
        <w:sdtContent>
          <w:r w:rsidRPr="001E4D9D">
            <w:rPr>
              <w:rFonts w:ascii="DejaVu Sans" w:hAnsi="DejaVu Sans"/>
              <w:lang w:val="nl-NL"/>
            </w:rPr>
            <w:t>☐</w:t>
          </w:r>
        </w:sdtContent>
      </w:sdt>
      <w:r w:rsidRPr="001E4D9D">
        <w:rPr>
          <w:lang w:val="nl-NL"/>
        </w:rPr>
        <w:t xml:space="preserve"> C. €87.500 per jaar</w:t>
      </w:r>
    </w:p>
    <w:p w14:paraId="71DFD562" w14:textId="77777777" w:rsidR="000D72B6" w:rsidRPr="00B528E3" w:rsidRDefault="000D72B6" w:rsidP="00B528E3">
      <w:bookmarkStart w:id="34" w:name="toelichting_categorie_keuze"/>
      <w:bookmarkEnd w:id="34"/>
      <w:r w:rsidRPr="001E4D9D">
        <w:rPr>
          <w:lang w:val="nl-NL"/>
        </w:rPr>
        <w:t xml:space="preserve">Leg uit waarom de gekozen categorie past bij de omvang en inrichting van het sociaal beheer. </w:t>
      </w:r>
      <w:r w:rsidRPr="00B528E3">
        <w:t>(</w:t>
      </w:r>
      <w:proofErr w:type="spellStart"/>
      <w:r w:rsidRPr="00B528E3">
        <w:t>maximaal</w:t>
      </w:r>
      <w:proofErr w:type="spellEnd"/>
      <w:r w:rsidRPr="00B528E3">
        <w:t xml:space="preserve"> 250 </w:t>
      </w:r>
      <w:proofErr w:type="spellStart"/>
      <w:r w:rsidRPr="00B528E3">
        <w:t>woorden</w:t>
      </w:r>
      <w:proofErr w:type="spellEnd"/>
      <w:r w:rsidRPr="00B528E3">
        <w:t>)</w:t>
      </w:r>
    </w:p>
    <w:tbl>
      <w:tblPr>
        <w:tblW w:w="0" w:type="auto"/>
        <w:tblLayout w:type="fixed"/>
        <w:tblLook w:val="04A0" w:firstRow="1" w:lastRow="0" w:firstColumn="1" w:lastColumn="0" w:noHBand="0" w:noVBand="1"/>
      </w:tblPr>
      <w:tblGrid>
        <w:gridCol w:w="9638"/>
      </w:tblGrid>
      <w:tr w:rsidR="00715F11" w14:paraId="7898A651" w14:textId="77777777">
        <w:trPr>
          <w:trHeight w:val="941"/>
        </w:trPr>
        <w:tc>
          <w:tcPr>
            <w:tcW w:w="9638" w:type="dxa"/>
            <w:tcBorders>
              <w:top w:val="single" w:sz="4" w:space="0" w:color="B7C7D0"/>
              <w:left w:val="single" w:sz="4" w:space="0" w:color="B7C7D0"/>
              <w:bottom w:val="single" w:sz="4" w:space="0" w:color="B7C7D0"/>
              <w:right w:val="single" w:sz="4" w:space="0" w:color="B7C7D0"/>
            </w:tcBorders>
            <w:shd w:val="clear" w:color="auto" w:fill="F2F6F8"/>
            <w:tcMar>
              <w:top w:w="110" w:type="dxa"/>
              <w:left w:w="110" w:type="dxa"/>
              <w:bottom w:w="110" w:type="dxa"/>
              <w:right w:w="110" w:type="dxa"/>
            </w:tcMar>
          </w:tcPr>
          <w:p w14:paraId="0A8A5983" w14:textId="77777777" w:rsidR="00715F11" w:rsidRDefault="000D72B6">
            <w:pPr>
              <w:spacing w:after="0"/>
            </w:pPr>
            <w:sdt>
              <w:sdtPr>
                <w:alias w:val="Invulveld"/>
                <w:tag w:val="antwoord_164"/>
                <w:id w:val="164"/>
                <w:text w:multiLine="1"/>
              </w:sdtPr>
              <w:sdtEndPr/>
              <w:sdtContent>
                <w:r>
                  <w:t xml:space="preserve"> </w:t>
                </w:r>
              </w:sdtContent>
            </w:sdt>
          </w:p>
        </w:tc>
      </w:tr>
    </w:tbl>
    <w:p w14:paraId="13316651" w14:textId="77777777" w:rsidR="00715F11" w:rsidRDefault="00715F11">
      <w:pPr>
        <w:spacing w:after="20"/>
      </w:pPr>
    </w:p>
    <w:p w14:paraId="692EF2B0" w14:textId="77777777" w:rsidR="00715F11" w:rsidRDefault="000D72B6">
      <w:r>
        <w:br w:type="page"/>
      </w:r>
    </w:p>
    <w:p w14:paraId="3C37B842" w14:textId="77777777" w:rsidR="000D72B6" w:rsidRPr="00B528E3" w:rsidRDefault="000D72B6" w:rsidP="00B528E3">
      <w:pPr>
        <w:pStyle w:val="Kop1"/>
      </w:pPr>
      <w:r w:rsidRPr="00B528E3">
        <w:lastRenderedPageBreak/>
        <w:t>Plan</w:t>
      </w:r>
    </w:p>
    <w:p w14:paraId="40A4972A" w14:textId="77777777" w:rsidR="000D72B6" w:rsidRPr="001E4D9D" w:rsidRDefault="000D72B6" w:rsidP="00B528E3">
      <w:pPr>
        <w:rPr>
          <w:lang w:val="nl-NL"/>
        </w:rPr>
      </w:pPr>
      <w:r w:rsidRPr="001E4D9D">
        <w:rPr>
          <w:lang w:val="nl-NL"/>
        </w:rPr>
        <w:t>Om de subsidie aan te kunnen vragen, stel je een plan op waarin je beschrijft wat je in de komende twee jaar gaat doen. Hiervoor vul je het onderstaande format in. De gemeente beoordeelt de aanvragen op vier hoofdonderdelen. Beantwoord de vragen concreet. Gebruik voorbeelden, cijfers en resultaten waar dat kan.</w:t>
      </w:r>
    </w:p>
    <w:p w14:paraId="05480246" w14:textId="77777777" w:rsidR="000D72B6" w:rsidRPr="001E4D9D" w:rsidRDefault="000D72B6" w:rsidP="00B528E3">
      <w:pPr>
        <w:pStyle w:val="Kop2"/>
        <w:rPr>
          <w:lang w:val="nl-NL"/>
        </w:rPr>
      </w:pPr>
      <w:r w:rsidRPr="001E4D9D">
        <w:rPr>
          <w:lang w:val="nl-NL"/>
        </w:rPr>
        <w:t>Beoordeling</w:t>
      </w:r>
    </w:p>
    <w:p w14:paraId="368BED01" w14:textId="77777777" w:rsidR="000D72B6" w:rsidRPr="001E4D9D" w:rsidRDefault="000D72B6" w:rsidP="00B528E3">
      <w:pPr>
        <w:rPr>
          <w:lang w:val="nl-NL"/>
        </w:rPr>
      </w:pPr>
      <w:r w:rsidRPr="00B528E3">
        <w:t>﻿</w:t>
      </w:r>
      <w:r w:rsidRPr="001E4D9D">
        <w:rPr>
          <w:lang w:val="nl-NL"/>
        </w:rPr>
        <w:t>Functie sociaal beheer en vrijwilligers wegen ieder voor 30% mee. Maatschappelijke impact en ondernemerschap wegen ieder voor 20% mee</w:t>
      </w:r>
    </w:p>
    <w:p w14:paraId="50E8D9F8" w14:textId="77777777" w:rsidR="000D72B6" w:rsidRPr="001E4D9D" w:rsidRDefault="000D72B6" w:rsidP="00B528E3">
      <w:pPr>
        <w:pStyle w:val="Kop2"/>
        <w:rPr>
          <w:lang w:val="nl-NL"/>
        </w:rPr>
      </w:pPr>
      <w:r w:rsidRPr="001E4D9D">
        <w:rPr>
          <w:lang w:val="nl-NL"/>
        </w:rPr>
        <w:t>Functie sociaal beheer (30%)</w:t>
      </w:r>
    </w:p>
    <w:p w14:paraId="0FFED7D0" w14:textId="77777777" w:rsidR="000D72B6" w:rsidRPr="001E4D9D" w:rsidRDefault="000D72B6" w:rsidP="00B528E3">
      <w:pPr>
        <w:rPr>
          <w:lang w:val="nl-NL"/>
        </w:rPr>
      </w:pPr>
      <w:bookmarkStart w:id="35" w:name="sub_ervaring_vakmanschap"/>
      <w:bookmarkEnd w:id="35"/>
      <w:r w:rsidRPr="001E4D9D">
        <w:rPr>
          <w:b/>
          <w:lang w:val="nl-NL"/>
        </w:rPr>
        <w:t>Welke kennis, vaardigheden en ervaring hebben de sociaal beheerder(s)? Hoe heeft eerdere inzet geholpen om inwoners in een kwetsbare situatie te bereiken? </w:t>
      </w:r>
    </w:p>
    <w:tbl>
      <w:tblPr>
        <w:tblW w:w="0" w:type="auto"/>
        <w:tblLayout w:type="fixed"/>
        <w:tblLook w:val="04A0" w:firstRow="1" w:lastRow="0" w:firstColumn="1" w:lastColumn="0" w:noHBand="0" w:noVBand="1"/>
      </w:tblPr>
      <w:tblGrid>
        <w:gridCol w:w="9638"/>
      </w:tblGrid>
      <w:tr w:rsidR="00715F11" w14:paraId="1899ED21" w14:textId="77777777">
        <w:trPr>
          <w:trHeight w:val="1791"/>
        </w:trPr>
        <w:tc>
          <w:tcPr>
            <w:tcW w:w="9638" w:type="dxa"/>
            <w:tcBorders>
              <w:top w:val="single" w:sz="4" w:space="0" w:color="B7C7D0"/>
              <w:left w:val="single" w:sz="4" w:space="0" w:color="B7C7D0"/>
              <w:bottom w:val="single" w:sz="4" w:space="0" w:color="B7C7D0"/>
              <w:right w:val="single" w:sz="4" w:space="0" w:color="B7C7D0"/>
            </w:tcBorders>
            <w:shd w:val="clear" w:color="auto" w:fill="F2F6F8"/>
            <w:tcMar>
              <w:top w:w="110" w:type="dxa"/>
              <w:left w:w="110" w:type="dxa"/>
              <w:bottom w:w="110" w:type="dxa"/>
              <w:right w:w="110" w:type="dxa"/>
            </w:tcMar>
          </w:tcPr>
          <w:p w14:paraId="49212BCB" w14:textId="77777777" w:rsidR="00715F11" w:rsidRDefault="000D72B6">
            <w:pPr>
              <w:spacing w:after="0"/>
            </w:pPr>
            <w:sdt>
              <w:sdtPr>
                <w:alias w:val="Invulveld"/>
                <w:tag w:val="antwoord_165"/>
                <w:id w:val="165"/>
                <w:text w:multiLine="1"/>
              </w:sdtPr>
              <w:sdtEndPr/>
              <w:sdtContent>
                <w:r>
                  <w:t xml:space="preserve"> </w:t>
                </w:r>
              </w:sdtContent>
            </w:sdt>
          </w:p>
        </w:tc>
      </w:tr>
    </w:tbl>
    <w:p w14:paraId="642AD16B" w14:textId="77777777" w:rsidR="00715F11" w:rsidRDefault="00715F11">
      <w:pPr>
        <w:spacing w:after="20"/>
      </w:pPr>
    </w:p>
    <w:p w14:paraId="1A461F2B" w14:textId="77777777" w:rsidR="000D72B6" w:rsidRPr="001E4D9D" w:rsidRDefault="000D72B6" w:rsidP="00B528E3">
      <w:pPr>
        <w:rPr>
          <w:lang w:val="nl-NL"/>
        </w:rPr>
      </w:pPr>
      <w:bookmarkStart w:id="36" w:name="sub_visie_en_eigen_aanpak"/>
      <w:bookmarkEnd w:id="36"/>
      <w:r w:rsidRPr="001E4D9D">
        <w:rPr>
          <w:b/>
          <w:lang w:val="nl-NL"/>
        </w:rPr>
        <w:t>Wat verstaan jullie onder goed sociaal beheer? Hoe ziet jullie aanpak er in de praktijk uit en waarom past die bij deze plek en wijk? </w:t>
      </w:r>
    </w:p>
    <w:tbl>
      <w:tblPr>
        <w:tblW w:w="0" w:type="auto"/>
        <w:tblLayout w:type="fixed"/>
        <w:tblLook w:val="04A0" w:firstRow="1" w:lastRow="0" w:firstColumn="1" w:lastColumn="0" w:noHBand="0" w:noVBand="1"/>
      </w:tblPr>
      <w:tblGrid>
        <w:gridCol w:w="9638"/>
      </w:tblGrid>
      <w:tr w:rsidR="00715F11" w14:paraId="736199A4" w14:textId="77777777">
        <w:trPr>
          <w:trHeight w:val="1791"/>
        </w:trPr>
        <w:tc>
          <w:tcPr>
            <w:tcW w:w="9638" w:type="dxa"/>
            <w:tcBorders>
              <w:top w:val="single" w:sz="4" w:space="0" w:color="B7C7D0"/>
              <w:left w:val="single" w:sz="4" w:space="0" w:color="B7C7D0"/>
              <w:bottom w:val="single" w:sz="4" w:space="0" w:color="B7C7D0"/>
              <w:right w:val="single" w:sz="4" w:space="0" w:color="B7C7D0"/>
            </w:tcBorders>
            <w:shd w:val="clear" w:color="auto" w:fill="F2F6F8"/>
            <w:tcMar>
              <w:top w:w="110" w:type="dxa"/>
              <w:left w:w="110" w:type="dxa"/>
              <w:bottom w:w="110" w:type="dxa"/>
              <w:right w:w="110" w:type="dxa"/>
            </w:tcMar>
          </w:tcPr>
          <w:p w14:paraId="59B0EC2E" w14:textId="77777777" w:rsidR="00715F11" w:rsidRDefault="000D72B6">
            <w:pPr>
              <w:spacing w:after="0"/>
            </w:pPr>
            <w:sdt>
              <w:sdtPr>
                <w:alias w:val="Invulveld"/>
                <w:tag w:val="antwoord_166"/>
                <w:id w:val="166"/>
                <w:text w:multiLine="1"/>
              </w:sdtPr>
              <w:sdtEndPr/>
              <w:sdtContent>
                <w:r>
                  <w:t xml:space="preserve"> </w:t>
                </w:r>
              </w:sdtContent>
            </w:sdt>
          </w:p>
        </w:tc>
      </w:tr>
    </w:tbl>
    <w:p w14:paraId="02502F3A" w14:textId="77777777" w:rsidR="00715F11" w:rsidRDefault="00715F11">
      <w:pPr>
        <w:spacing w:after="20"/>
      </w:pPr>
    </w:p>
    <w:p w14:paraId="529EF448" w14:textId="77777777" w:rsidR="000D72B6" w:rsidRPr="001E4D9D" w:rsidRDefault="000D72B6" w:rsidP="00B528E3">
      <w:pPr>
        <w:rPr>
          <w:lang w:val="nl-NL"/>
        </w:rPr>
      </w:pPr>
      <w:bookmarkStart w:id="37" w:name="sub_resultaten_en_aanpak"/>
      <w:bookmarkEnd w:id="37"/>
      <w:r w:rsidRPr="001E4D9D">
        <w:rPr>
          <w:b/>
          <w:lang w:val="nl-NL"/>
        </w:rPr>
        <w:t>Wat wil je in 2027 en 2028 bereiken met het sociaal beheer? Welke stappen zet je en hoe volg je of dit lukt?</w:t>
      </w:r>
    </w:p>
    <w:tbl>
      <w:tblPr>
        <w:tblW w:w="0" w:type="auto"/>
        <w:tblLayout w:type="fixed"/>
        <w:tblLook w:val="04A0" w:firstRow="1" w:lastRow="0" w:firstColumn="1" w:lastColumn="0" w:noHBand="0" w:noVBand="1"/>
      </w:tblPr>
      <w:tblGrid>
        <w:gridCol w:w="9638"/>
      </w:tblGrid>
      <w:tr w:rsidR="00715F11" w14:paraId="35C2AC60" w14:textId="77777777">
        <w:trPr>
          <w:trHeight w:val="1791"/>
        </w:trPr>
        <w:tc>
          <w:tcPr>
            <w:tcW w:w="9638" w:type="dxa"/>
            <w:tcBorders>
              <w:top w:val="single" w:sz="4" w:space="0" w:color="B7C7D0"/>
              <w:left w:val="single" w:sz="4" w:space="0" w:color="B7C7D0"/>
              <w:bottom w:val="single" w:sz="4" w:space="0" w:color="B7C7D0"/>
              <w:right w:val="single" w:sz="4" w:space="0" w:color="B7C7D0"/>
            </w:tcBorders>
            <w:shd w:val="clear" w:color="auto" w:fill="F2F6F8"/>
            <w:tcMar>
              <w:top w:w="110" w:type="dxa"/>
              <w:left w:w="110" w:type="dxa"/>
              <w:bottom w:w="110" w:type="dxa"/>
              <w:right w:w="110" w:type="dxa"/>
            </w:tcMar>
          </w:tcPr>
          <w:p w14:paraId="59308748" w14:textId="77777777" w:rsidR="00715F11" w:rsidRDefault="000D72B6">
            <w:pPr>
              <w:spacing w:after="0"/>
            </w:pPr>
            <w:sdt>
              <w:sdtPr>
                <w:alias w:val="Invulveld"/>
                <w:tag w:val="antwoord_167"/>
                <w:id w:val="167"/>
                <w:text w:multiLine="1"/>
              </w:sdtPr>
              <w:sdtEndPr/>
              <w:sdtContent>
                <w:r>
                  <w:t xml:space="preserve"> </w:t>
                </w:r>
              </w:sdtContent>
            </w:sdt>
          </w:p>
        </w:tc>
      </w:tr>
    </w:tbl>
    <w:p w14:paraId="085BB9D7" w14:textId="77777777" w:rsidR="00715F11" w:rsidRDefault="00715F11">
      <w:pPr>
        <w:spacing w:after="20"/>
      </w:pPr>
    </w:p>
    <w:p w14:paraId="41F53436" w14:textId="77777777" w:rsidR="00715F11" w:rsidRDefault="000D72B6">
      <w:r>
        <w:br w:type="page"/>
      </w:r>
    </w:p>
    <w:p w14:paraId="76E0E3EA" w14:textId="77777777" w:rsidR="00715F11" w:rsidRDefault="000D72B6">
      <w:pPr>
        <w:pStyle w:val="Kop1"/>
      </w:pPr>
      <w:r>
        <w:lastRenderedPageBreak/>
        <w:t>Plan</w:t>
      </w:r>
    </w:p>
    <w:p w14:paraId="275E982B" w14:textId="77777777" w:rsidR="000D72B6" w:rsidRPr="00B528E3" w:rsidRDefault="000D72B6" w:rsidP="00B528E3">
      <w:pPr>
        <w:pStyle w:val="Kop2"/>
      </w:pPr>
      <w:r w:rsidRPr="00B528E3">
        <w:t>Vrijwilligers (30%)</w:t>
      </w:r>
    </w:p>
    <w:p w14:paraId="730063C3" w14:textId="77777777" w:rsidR="000D72B6" w:rsidRPr="001E4D9D" w:rsidRDefault="000D72B6" w:rsidP="00B528E3">
      <w:pPr>
        <w:rPr>
          <w:lang w:val="nl-NL"/>
        </w:rPr>
      </w:pPr>
      <w:bookmarkStart w:id="38" w:name="sub_vrijwilligers_hoe"/>
      <w:bookmarkEnd w:id="38"/>
      <w:r w:rsidRPr="001E4D9D">
        <w:rPr>
          <w:b/>
          <w:lang w:val="nl-NL"/>
        </w:rPr>
        <w:t>Hoe dragen vrijwilligers bij aan de inloop en activiteiten? Beschrijf de omvang, samenstelling en inzetbaarheid van het vrijwilligersbestand.</w:t>
      </w:r>
    </w:p>
    <w:tbl>
      <w:tblPr>
        <w:tblW w:w="0" w:type="auto"/>
        <w:tblLayout w:type="fixed"/>
        <w:tblLook w:val="04A0" w:firstRow="1" w:lastRow="0" w:firstColumn="1" w:lastColumn="0" w:noHBand="0" w:noVBand="1"/>
      </w:tblPr>
      <w:tblGrid>
        <w:gridCol w:w="9638"/>
      </w:tblGrid>
      <w:tr w:rsidR="00715F11" w14:paraId="58545BB5" w14:textId="77777777">
        <w:trPr>
          <w:trHeight w:val="2358"/>
        </w:trPr>
        <w:tc>
          <w:tcPr>
            <w:tcW w:w="9638" w:type="dxa"/>
            <w:tcBorders>
              <w:top w:val="single" w:sz="4" w:space="0" w:color="B7C7D0"/>
              <w:left w:val="single" w:sz="4" w:space="0" w:color="B7C7D0"/>
              <w:bottom w:val="single" w:sz="4" w:space="0" w:color="B7C7D0"/>
              <w:right w:val="single" w:sz="4" w:space="0" w:color="B7C7D0"/>
            </w:tcBorders>
            <w:shd w:val="clear" w:color="auto" w:fill="F2F6F8"/>
            <w:tcMar>
              <w:top w:w="110" w:type="dxa"/>
              <w:left w:w="110" w:type="dxa"/>
              <w:bottom w:w="110" w:type="dxa"/>
              <w:right w:w="110" w:type="dxa"/>
            </w:tcMar>
          </w:tcPr>
          <w:p w14:paraId="2C948238" w14:textId="77777777" w:rsidR="00715F11" w:rsidRDefault="000D72B6">
            <w:pPr>
              <w:spacing w:after="0"/>
            </w:pPr>
            <w:sdt>
              <w:sdtPr>
                <w:alias w:val="Invulveld"/>
                <w:tag w:val="antwoord_168"/>
                <w:id w:val="168"/>
                <w:text w:multiLine="1"/>
              </w:sdtPr>
              <w:sdtEndPr/>
              <w:sdtContent>
                <w:r>
                  <w:t xml:space="preserve"> </w:t>
                </w:r>
              </w:sdtContent>
            </w:sdt>
          </w:p>
        </w:tc>
      </w:tr>
    </w:tbl>
    <w:p w14:paraId="374F25E4" w14:textId="77777777" w:rsidR="00715F11" w:rsidRDefault="00715F11">
      <w:pPr>
        <w:spacing w:after="20"/>
      </w:pPr>
    </w:p>
    <w:p w14:paraId="2EFAEAD9" w14:textId="77777777" w:rsidR="000D72B6" w:rsidRPr="001E4D9D" w:rsidRDefault="000D72B6" w:rsidP="00B528E3">
      <w:pPr>
        <w:rPr>
          <w:lang w:val="nl-NL"/>
        </w:rPr>
      </w:pPr>
      <w:bookmarkStart w:id="39" w:name="sub_vrijwilligersbeleid"/>
      <w:bookmarkEnd w:id="39"/>
      <w:r w:rsidRPr="001E4D9D">
        <w:rPr>
          <w:b/>
          <w:lang w:val="nl-NL"/>
        </w:rPr>
        <w:t xml:space="preserve">Hoe werf, boei, bind, begeleid en behoud je vrijwilligers? Beschrijf ook hoe je omgaat met </w:t>
      </w:r>
      <w:proofErr w:type="spellStart"/>
      <w:r w:rsidRPr="001E4D9D">
        <w:rPr>
          <w:b/>
          <w:lang w:val="nl-NL"/>
        </w:rPr>
        <w:t>VOG’s</w:t>
      </w:r>
      <w:proofErr w:type="spellEnd"/>
      <w:r w:rsidRPr="001E4D9D">
        <w:rPr>
          <w:b/>
          <w:lang w:val="nl-NL"/>
        </w:rPr>
        <w:t xml:space="preserve"> en veilige inzet. </w:t>
      </w:r>
    </w:p>
    <w:tbl>
      <w:tblPr>
        <w:tblW w:w="0" w:type="auto"/>
        <w:tblLayout w:type="fixed"/>
        <w:tblLook w:val="04A0" w:firstRow="1" w:lastRow="0" w:firstColumn="1" w:lastColumn="0" w:noHBand="0" w:noVBand="1"/>
      </w:tblPr>
      <w:tblGrid>
        <w:gridCol w:w="9638"/>
      </w:tblGrid>
      <w:tr w:rsidR="00715F11" w14:paraId="6B2E3F77" w14:textId="77777777">
        <w:trPr>
          <w:trHeight w:val="2358"/>
        </w:trPr>
        <w:tc>
          <w:tcPr>
            <w:tcW w:w="9638" w:type="dxa"/>
            <w:tcBorders>
              <w:top w:val="single" w:sz="4" w:space="0" w:color="B7C7D0"/>
              <w:left w:val="single" w:sz="4" w:space="0" w:color="B7C7D0"/>
              <w:bottom w:val="single" w:sz="4" w:space="0" w:color="B7C7D0"/>
              <w:right w:val="single" w:sz="4" w:space="0" w:color="B7C7D0"/>
            </w:tcBorders>
            <w:shd w:val="clear" w:color="auto" w:fill="F2F6F8"/>
            <w:tcMar>
              <w:top w:w="110" w:type="dxa"/>
              <w:left w:w="110" w:type="dxa"/>
              <w:bottom w:w="110" w:type="dxa"/>
              <w:right w:w="110" w:type="dxa"/>
            </w:tcMar>
          </w:tcPr>
          <w:p w14:paraId="726D6E52" w14:textId="77777777" w:rsidR="00715F11" w:rsidRDefault="000D72B6">
            <w:pPr>
              <w:spacing w:after="0"/>
            </w:pPr>
            <w:sdt>
              <w:sdtPr>
                <w:alias w:val="Invulveld"/>
                <w:tag w:val="antwoord_169"/>
                <w:id w:val="169"/>
                <w:text w:multiLine="1"/>
              </w:sdtPr>
              <w:sdtEndPr/>
              <w:sdtContent>
                <w:r>
                  <w:t xml:space="preserve"> </w:t>
                </w:r>
              </w:sdtContent>
            </w:sdt>
          </w:p>
        </w:tc>
      </w:tr>
    </w:tbl>
    <w:p w14:paraId="6845A5D9" w14:textId="77777777" w:rsidR="00715F11" w:rsidRDefault="00715F11">
      <w:pPr>
        <w:spacing w:after="20"/>
      </w:pPr>
    </w:p>
    <w:p w14:paraId="6CE988B5" w14:textId="77777777" w:rsidR="000D72B6" w:rsidRPr="001E4D9D" w:rsidRDefault="000D72B6" w:rsidP="00B528E3">
      <w:pPr>
        <w:rPr>
          <w:lang w:val="nl-NL"/>
        </w:rPr>
      </w:pPr>
      <w:bookmarkStart w:id="40" w:name="sub_meedoen_en_meepraten_vrijwilligers"/>
      <w:bookmarkEnd w:id="40"/>
      <w:r w:rsidRPr="001E4D9D">
        <w:rPr>
          <w:b/>
          <w:lang w:val="nl-NL"/>
        </w:rPr>
        <w:t>Hoe betrek je vrijwilligers en deelnemers bij het bedenken, uitvoeren en evalueren van de programmering?</w:t>
      </w:r>
    </w:p>
    <w:tbl>
      <w:tblPr>
        <w:tblW w:w="0" w:type="auto"/>
        <w:tblLayout w:type="fixed"/>
        <w:tblLook w:val="04A0" w:firstRow="1" w:lastRow="0" w:firstColumn="1" w:lastColumn="0" w:noHBand="0" w:noVBand="1"/>
      </w:tblPr>
      <w:tblGrid>
        <w:gridCol w:w="9638"/>
      </w:tblGrid>
      <w:tr w:rsidR="00715F11" w14:paraId="1F599A04" w14:textId="77777777">
        <w:trPr>
          <w:trHeight w:val="2358"/>
        </w:trPr>
        <w:tc>
          <w:tcPr>
            <w:tcW w:w="9638" w:type="dxa"/>
            <w:tcBorders>
              <w:top w:val="single" w:sz="4" w:space="0" w:color="B7C7D0"/>
              <w:left w:val="single" w:sz="4" w:space="0" w:color="B7C7D0"/>
              <w:bottom w:val="single" w:sz="4" w:space="0" w:color="B7C7D0"/>
              <w:right w:val="single" w:sz="4" w:space="0" w:color="B7C7D0"/>
            </w:tcBorders>
            <w:shd w:val="clear" w:color="auto" w:fill="F2F6F8"/>
            <w:tcMar>
              <w:top w:w="110" w:type="dxa"/>
              <w:left w:w="110" w:type="dxa"/>
              <w:bottom w:w="110" w:type="dxa"/>
              <w:right w:w="110" w:type="dxa"/>
            </w:tcMar>
          </w:tcPr>
          <w:p w14:paraId="52F86C25" w14:textId="77777777" w:rsidR="00715F11" w:rsidRDefault="000D72B6">
            <w:pPr>
              <w:spacing w:after="0"/>
            </w:pPr>
            <w:sdt>
              <w:sdtPr>
                <w:alias w:val="Invulveld"/>
                <w:tag w:val="antwoord_170"/>
                <w:id w:val="170"/>
                <w:text w:multiLine="1"/>
              </w:sdtPr>
              <w:sdtEndPr/>
              <w:sdtContent>
                <w:r>
                  <w:t xml:space="preserve"> </w:t>
                </w:r>
              </w:sdtContent>
            </w:sdt>
          </w:p>
        </w:tc>
      </w:tr>
    </w:tbl>
    <w:p w14:paraId="4B76455F" w14:textId="77777777" w:rsidR="00715F11" w:rsidRDefault="00715F11">
      <w:pPr>
        <w:spacing w:after="20"/>
      </w:pPr>
    </w:p>
    <w:p w14:paraId="13503704" w14:textId="77777777" w:rsidR="00715F11" w:rsidRDefault="000D72B6">
      <w:r>
        <w:br w:type="page"/>
      </w:r>
    </w:p>
    <w:p w14:paraId="075B3E58" w14:textId="77777777" w:rsidR="00715F11" w:rsidRDefault="000D72B6">
      <w:pPr>
        <w:pStyle w:val="Kop1"/>
      </w:pPr>
      <w:r>
        <w:lastRenderedPageBreak/>
        <w:t>Plan</w:t>
      </w:r>
    </w:p>
    <w:p w14:paraId="373C738B" w14:textId="77777777" w:rsidR="000D72B6" w:rsidRPr="00B528E3" w:rsidRDefault="000D72B6" w:rsidP="00B528E3">
      <w:pPr>
        <w:pStyle w:val="Kop2"/>
      </w:pPr>
      <w:r w:rsidRPr="00B528E3">
        <w:t>Maatschappelijke impact (20%)</w:t>
      </w:r>
    </w:p>
    <w:p w14:paraId="25295A83" w14:textId="77777777" w:rsidR="000D72B6" w:rsidRPr="001E4D9D" w:rsidRDefault="000D72B6" w:rsidP="00B528E3">
      <w:pPr>
        <w:rPr>
          <w:lang w:val="nl-NL"/>
        </w:rPr>
      </w:pPr>
      <w:bookmarkStart w:id="41" w:name="sub_samenwerking_organisaties"/>
      <w:bookmarkEnd w:id="41"/>
      <w:r w:rsidRPr="001E4D9D">
        <w:rPr>
          <w:b/>
          <w:lang w:val="nl-NL"/>
        </w:rPr>
        <w:t>Met welke organisaties en professionals werk je samen? Wat doen jullie samen, hoe helpt dit de activiteiten en welke groepen bereik je hiermee? </w:t>
      </w:r>
    </w:p>
    <w:tbl>
      <w:tblPr>
        <w:tblW w:w="0" w:type="auto"/>
        <w:tblLayout w:type="fixed"/>
        <w:tblLook w:val="04A0" w:firstRow="1" w:lastRow="0" w:firstColumn="1" w:lastColumn="0" w:noHBand="0" w:noVBand="1"/>
      </w:tblPr>
      <w:tblGrid>
        <w:gridCol w:w="9638"/>
      </w:tblGrid>
      <w:tr w:rsidR="00715F11" w14:paraId="2DF7CABD" w14:textId="77777777">
        <w:trPr>
          <w:trHeight w:val="3776"/>
        </w:trPr>
        <w:tc>
          <w:tcPr>
            <w:tcW w:w="9638" w:type="dxa"/>
            <w:tcBorders>
              <w:top w:val="single" w:sz="4" w:space="0" w:color="B7C7D0"/>
              <w:left w:val="single" w:sz="4" w:space="0" w:color="B7C7D0"/>
              <w:bottom w:val="single" w:sz="4" w:space="0" w:color="B7C7D0"/>
              <w:right w:val="single" w:sz="4" w:space="0" w:color="B7C7D0"/>
            </w:tcBorders>
            <w:shd w:val="clear" w:color="auto" w:fill="F2F6F8"/>
            <w:tcMar>
              <w:top w:w="110" w:type="dxa"/>
              <w:left w:w="110" w:type="dxa"/>
              <w:bottom w:w="110" w:type="dxa"/>
              <w:right w:w="110" w:type="dxa"/>
            </w:tcMar>
          </w:tcPr>
          <w:p w14:paraId="527357B0" w14:textId="77777777" w:rsidR="00715F11" w:rsidRDefault="000D72B6">
            <w:pPr>
              <w:spacing w:after="0"/>
            </w:pPr>
            <w:sdt>
              <w:sdtPr>
                <w:alias w:val="Invulveld"/>
                <w:tag w:val="antwoord_171"/>
                <w:id w:val="171"/>
                <w:text w:multiLine="1"/>
              </w:sdtPr>
              <w:sdtEndPr/>
              <w:sdtContent>
                <w:r>
                  <w:t xml:space="preserve"> </w:t>
                </w:r>
              </w:sdtContent>
            </w:sdt>
          </w:p>
        </w:tc>
      </w:tr>
    </w:tbl>
    <w:p w14:paraId="1629794C" w14:textId="77777777" w:rsidR="00715F11" w:rsidRDefault="00715F11">
      <w:pPr>
        <w:spacing w:after="20"/>
      </w:pPr>
    </w:p>
    <w:p w14:paraId="21B4168B" w14:textId="77777777" w:rsidR="000D72B6" w:rsidRPr="001E4D9D" w:rsidRDefault="000D72B6" w:rsidP="00B528E3">
      <w:pPr>
        <w:rPr>
          <w:lang w:val="nl-NL"/>
        </w:rPr>
      </w:pPr>
      <w:bookmarkStart w:id="42" w:name="sub_kwetsbare_inwoners"/>
      <w:bookmarkEnd w:id="42"/>
      <w:r w:rsidRPr="001E4D9D">
        <w:rPr>
          <w:b/>
          <w:lang w:val="nl-NL"/>
        </w:rPr>
        <w:t>Voor welke groepen zijn de inloop en activiteiten relevant? Welke drempels neem je weg? Hoe zoek je actief aansluiting? Hoeveel deelnemers wil je in totaal per week bereiken? </w:t>
      </w:r>
    </w:p>
    <w:tbl>
      <w:tblPr>
        <w:tblW w:w="0" w:type="auto"/>
        <w:tblLayout w:type="fixed"/>
        <w:tblLook w:val="04A0" w:firstRow="1" w:lastRow="0" w:firstColumn="1" w:lastColumn="0" w:noHBand="0" w:noVBand="1"/>
      </w:tblPr>
      <w:tblGrid>
        <w:gridCol w:w="9638"/>
      </w:tblGrid>
      <w:tr w:rsidR="00715F11" w14:paraId="5452E051" w14:textId="77777777">
        <w:trPr>
          <w:trHeight w:val="3776"/>
        </w:trPr>
        <w:tc>
          <w:tcPr>
            <w:tcW w:w="9638" w:type="dxa"/>
            <w:tcBorders>
              <w:top w:val="single" w:sz="4" w:space="0" w:color="B7C7D0"/>
              <w:left w:val="single" w:sz="4" w:space="0" w:color="B7C7D0"/>
              <w:bottom w:val="single" w:sz="4" w:space="0" w:color="B7C7D0"/>
              <w:right w:val="single" w:sz="4" w:space="0" w:color="B7C7D0"/>
            </w:tcBorders>
            <w:shd w:val="clear" w:color="auto" w:fill="F2F6F8"/>
            <w:tcMar>
              <w:top w:w="110" w:type="dxa"/>
              <w:left w:w="110" w:type="dxa"/>
              <w:bottom w:w="110" w:type="dxa"/>
              <w:right w:w="110" w:type="dxa"/>
            </w:tcMar>
          </w:tcPr>
          <w:p w14:paraId="501F1AC5" w14:textId="77777777" w:rsidR="00715F11" w:rsidRDefault="000D72B6">
            <w:pPr>
              <w:spacing w:after="0"/>
            </w:pPr>
            <w:sdt>
              <w:sdtPr>
                <w:alias w:val="Invulveld"/>
                <w:tag w:val="antwoord_172"/>
                <w:id w:val="172"/>
                <w:text w:multiLine="1"/>
              </w:sdtPr>
              <w:sdtEndPr/>
              <w:sdtContent>
                <w:r>
                  <w:t xml:space="preserve"> </w:t>
                </w:r>
              </w:sdtContent>
            </w:sdt>
          </w:p>
        </w:tc>
      </w:tr>
    </w:tbl>
    <w:p w14:paraId="0A745AB9" w14:textId="77777777" w:rsidR="00715F11" w:rsidRDefault="00715F11">
      <w:pPr>
        <w:spacing w:after="20"/>
      </w:pPr>
    </w:p>
    <w:p w14:paraId="2CC90FC6" w14:textId="77777777" w:rsidR="00715F11" w:rsidRDefault="000D72B6">
      <w:r>
        <w:br w:type="page"/>
      </w:r>
    </w:p>
    <w:p w14:paraId="386EEAFC" w14:textId="77777777" w:rsidR="00715F11" w:rsidRDefault="000D72B6">
      <w:pPr>
        <w:pStyle w:val="Kop1"/>
      </w:pPr>
      <w:r>
        <w:lastRenderedPageBreak/>
        <w:t>Plan</w:t>
      </w:r>
    </w:p>
    <w:p w14:paraId="0E5B2D1F" w14:textId="77777777" w:rsidR="000D72B6" w:rsidRPr="00B528E3" w:rsidRDefault="000D72B6" w:rsidP="00B528E3">
      <w:pPr>
        <w:pStyle w:val="Kop2"/>
      </w:pPr>
      <w:r w:rsidRPr="00B528E3">
        <w:t>Ondernemerschap (20%)</w:t>
      </w:r>
    </w:p>
    <w:p w14:paraId="5ADEA659" w14:textId="77777777" w:rsidR="000D72B6" w:rsidRPr="001E4D9D" w:rsidRDefault="000D72B6" w:rsidP="00B528E3">
      <w:pPr>
        <w:rPr>
          <w:lang w:val="nl-NL"/>
        </w:rPr>
      </w:pPr>
      <w:bookmarkStart w:id="43" w:name="sub_sociaal_ondernemerschap"/>
      <w:bookmarkEnd w:id="43"/>
      <w:r w:rsidRPr="001E4D9D">
        <w:rPr>
          <w:b/>
          <w:lang w:val="nl-NL"/>
        </w:rPr>
        <w:t>Welke rol speelt ondernemerschap bij de ontwikkeling van de plek? Hoe zorg je dat de wijkontmoetingsplek zichtbaar, uitnodigend en toegankelijk is? </w:t>
      </w:r>
    </w:p>
    <w:tbl>
      <w:tblPr>
        <w:tblW w:w="0" w:type="auto"/>
        <w:tblLayout w:type="fixed"/>
        <w:tblLook w:val="04A0" w:firstRow="1" w:lastRow="0" w:firstColumn="1" w:lastColumn="0" w:noHBand="0" w:noVBand="1"/>
      </w:tblPr>
      <w:tblGrid>
        <w:gridCol w:w="9638"/>
      </w:tblGrid>
      <w:tr w:rsidR="00715F11" w14:paraId="43FE34AB" w14:textId="77777777">
        <w:trPr>
          <w:trHeight w:val="3776"/>
        </w:trPr>
        <w:tc>
          <w:tcPr>
            <w:tcW w:w="9638" w:type="dxa"/>
            <w:tcBorders>
              <w:top w:val="single" w:sz="4" w:space="0" w:color="B7C7D0"/>
              <w:left w:val="single" w:sz="4" w:space="0" w:color="B7C7D0"/>
              <w:bottom w:val="single" w:sz="4" w:space="0" w:color="B7C7D0"/>
              <w:right w:val="single" w:sz="4" w:space="0" w:color="B7C7D0"/>
            </w:tcBorders>
            <w:shd w:val="clear" w:color="auto" w:fill="F2F6F8"/>
            <w:tcMar>
              <w:top w:w="110" w:type="dxa"/>
              <w:left w:w="110" w:type="dxa"/>
              <w:bottom w:w="110" w:type="dxa"/>
              <w:right w:w="110" w:type="dxa"/>
            </w:tcMar>
          </w:tcPr>
          <w:p w14:paraId="1239870A" w14:textId="77777777" w:rsidR="00715F11" w:rsidRDefault="000D72B6">
            <w:pPr>
              <w:spacing w:after="0"/>
            </w:pPr>
            <w:sdt>
              <w:sdtPr>
                <w:alias w:val="Invulveld"/>
                <w:tag w:val="antwoord_173"/>
                <w:id w:val="173"/>
                <w:text w:multiLine="1"/>
              </w:sdtPr>
              <w:sdtEndPr/>
              <w:sdtContent>
                <w:r>
                  <w:t xml:space="preserve"> </w:t>
                </w:r>
              </w:sdtContent>
            </w:sdt>
          </w:p>
        </w:tc>
      </w:tr>
    </w:tbl>
    <w:p w14:paraId="0A375A24" w14:textId="77777777" w:rsidR="00715F11" w:rsidRDefault="00715F11">
      <w:pPr>
        <w:spacing w:after="20"/>
      </w:pPr>
    </w:p>
    <w:p w14:paraId="6B1AC3E3" w14:textId="77777777" w:rsidR="000D72B6" w:rsidRPr="001E4D9D" w:rsidRDefault="000D72B6" w:rsidP="00B528E3">
      <w:pPr>
        <w:rPr>
          <w:lang w:val="nl-NL"/>
        </w:rPr>
      </w:pPr>
      <w:bookmarkStart w:id="44" w:name="sub_aanvullende_financiering"/>
      <w:bookmarkEnd w:id="44"/>
      <w:r w:rsidRPr="001E4D9D">
        <w:rPr>
          <w:b/>
          <w:lang w:val="nl-NL"/>
        </w:rPr>
        <w:t>Uit welke bronnen wordt de plek betaald? Welke eigen inkomsten, bijdragen, fondsen of andere subsidies zijn er? Wat ga je in 2027 en 2028 doen om de financiering breder en sterker te maken? </w:t>
      </w:r>
    </w:p>
    <w:tbl>
      <w:tblPr>
        <w:tblW w:w="0" w:type="auto"/>
        <w:tblLayout w:type="fixed"/>
        <w:tblLook w:val="04A0" w:firstRow="1" w:lastRow="0" w:firstColumn="1" w:lastColumn="0" w:noHBand="0" w:noVBand="1"/>
      </w:tblPr>
      <w:tblGrid>
        <w:gridCol w:w="9638"/>
      </w:tblGrid>
      <w:tr w:rsidR="00715F11" w14:paraId="2C2ED89A" w14:textId="77777777">
        <w:trPr>
          <w:trHeight w:val="3776"/>
        </w:trPr>
        <w:tc>
          <w:tcPr>
            <w:tcW w:w="9638" w:type="dxa"/>
            <w:tcBorders>
              <w:top w:val="single" w:sz="4" w:space="0" w:color="B7C7D0"/>
              <w:left w:val="single" w:sz="4" w:space="0" w:color="B7C7D0"/>
              <w:bottom w:val="single" w:sz="4" w:space="0" w:color="B7C7D0"/>
              <w:right w:val="single" w:sz="4" w:space="0" w:color="B7C7D0"/>
            </w:tcBorders>
            <w:shd w:val="clear" w:color="auto" w:fill="F2F6F8"/>
            <w:tcMar>
              <w:top w:w="110" w:type="dxa"/>
              <w:left w:w="110" w:type="dxa"/>
              <w:bottom w:w="110" w:type="dxa"/>
              <w:right w:w="110" w:type="dxa"/>
            </w:tcMar>
          </w:tcPr>
          <w:p w14:paraId="0889DEA3" w14:textId="77777777" w:rsidR="00715F11" w:rsidRDefault="000D72B6">
            <w:pPr>
              <w:spacing w:after="0"/>
            </w:pPr>
            <w:sdt>
              <w:sdtPr>
                <w:alias w:val="Invulveld"/>
                <w:tag w:val="antwoord_174"/>
                <w:id w:val="174"/>
                <w:text w:multiLine="1"/>
              </w:sdtPr>
              <w:sdtEndPr/>
              <w:sdtContent>
                <w:r>
                  <w:t xml:space="preserve"> </w:t>
                </w:r>
              </w:sdtContent>
            </w:sdt>
          </w:p>
        </w:tc>
      </w:tr>
    </w:tbl>
    <w:p w14:paraId="1C384711" w14:textId="77777777" w:rsidR="00715F11" w:rsidRDefault="00715F11">
      <w:pPr>
        <w:spacing w:after="20"/>
      </w:pPr>
    </w:p>
    <w:p w14:paraId="360B16B7" w14:textId="77777777" w:rsidR="00715F11" w:rsidRDefault="000D72B6">
      <w:r>
        <w:br w:type="page"/>
      </w:r>
    </w:p>
    <w:p w14:paraId="6BF7EDFA" w14:textId="77777777" w:rsidR="000D72B6" w:rsidRPr="00B528E3" w:rsidRDefault="000D72B6" w:rsidP="00B528E3">
      <w:pPr>
        <w:pStyle w:val="Kop1"/>
      </w:pPr>
      <w:r w:rsidRPr="00B528E3">
        <w:lastRenderedPageBreak/>
        <w:t>Financiën</w:t>
      </w:r>
    </w:p>
    <w:p w14:paraId="217178DF" w14:textId="77777777" w:rsidR="000D72B6" w:rsidRPr="001E4D9D" w:rsidRDefault="000D72B6" w:rsidP="00B528E3">
      <w:pPr>
        <w:rPr>
          <w:lang w:val="nl-NL"/>
        </w:rPr>
      </w:pPr>
      <w:r w:rsidRPr="001E4D9D">
        <w:rPr>
          <w:lang w:val="nl-NL"/>
        </w:rPr>
        <w:t>De categorie die je gekozen heeft bepaalt voor welk subsidiebedrag je in aanmerking komt. Hieronder ziet de eerder gekozen categorie. Wij vragen je daarnaast uw bankgegevens aan te vullen</w:t>
      </w:r>
    </w:p>
    <w:p w14:paraId="1936CFF7" w14:textId="77777777" w:rsidR="000D72B6" w:rsidRPr="001E4D9D" w:rsidRDefault="000D72B6" w:rsidP="00B528E3">
      <w:pPr>
        <w:rPr>
          <w:lang w:val="nl-NL"/>
        </w:rPr>
      </w:pPr>
      <w:bookmarkStart w:id="45" w:name="sub_subsidiebedrag"/>
      <w:bookmarkEnd w:id="45"/>
      <w:r w:rsidRPr="001E4D9D">
        <w:rPr>
          <w:b/>
          <w:lang w:val="nl-NL"/>
        </w:rPr>
        <w:t>Subsidiebedrag per jaar in euro's?</w:t>
      </w:r>
    </w:p>
    <w:p w14:paraId="66D4FF1C" w14:textId="1228D608" w:rsidR="000D72B6" w:rsidRPr="00B528E3" w:rsidRDefault="000D72B6" w:rsidP="00B528E3">
      <w:bookmarkStart w:id="46" w:name="text_block_705285"/>
      <w:bookmarkEnd w:id="46"/>
      <w:r w:rsidRPr="00B528E3">
        <w:t>€ </w:t>
      </w:r>
    </w:p>
    <w:tbl>
      <w:tblPr>
        <w:tblW w:w="0" w:type="auto"/>
        <w:tblLayout w:type="fixed"/>
        <w:tblLook w:val="04A0" w:firstRow="1" w:lastRow="0" w:firstColumn="1" w:lastColumn="0" w:noHBand="0" w:noVBand="1"/>
      </w:tblPr>
      <w:tblGrid>
        <w:gridCol w:w="9638"/>
      </w:tblGrid>
      <w:tr w:rsidR="00715F11" w14:paraId="7B3ECD63" w14:textId="77777777">
        <w:trPr>
          <w:trHeight w:val="374"/>
        </w:trPr>
        <w:tc>
          <w:tcPr>
            <w:tcW w:w="9638" w:type="dxa"/>
            <w:tcBorders>
              <w:top w:val="single" w:sz="4" w:space="0" w:color="B7C7D0"/>
              <w:left w:val="single" w:sz="4" w:space="0" w:color="B7C7D0"/>
              <w:bottom w:val="single" w:sz="4" w:space="0" w:color="B7C7D0"/>
              <w:right w:val="single" w:sz="4" w:space="0" w:color="B7C7D0"/>
            </w:tcBorders>
            <w:shd w:val="clear" w:color="auto" w:fill="F2F6F8"/>
            <w:tcMar>
              <w:top w:w="110" w:type="dxa"/>
              <w:left w:w="110" w:type="dxa"/>
              <w:bottom w:w="110" w:type="dxa"/>
              <w:right w:w="110" w:type="dxa"/>
            </w:tcMar>
          </w:tcPr>
          <w:p w14:paraId="62734584" w14:textId="77777777" w:rsidR="00715F11" w:rsidRDefault="000D72B6">
            <w:pPr>
              <w:spacing w:after="0"/>
            </w:pPr>
            <w:sdt>
              <w:sdtPr>
                <w:alias w:val="Invulveld"/>
                <w:tag w:val="antwoord_175"/>
                <w:id w:val="175"/>
                <w:text w:multiLine="1"/>
              </w:sdtPr>
              <w:sdtEndPr/>
              <w:sdtContent>
                <w:r>
                  <w:t xml:space="preserve"> </w:t>
                </w:r>
              </w:sdtContent>
            </w:sdt>
          </w:p>
        </w:tc>
      </w:tr>
    </w:tbl>
    <w:p w14:paraId="335A5982" w14:textId="77777777" w:rsidR="00715F11" w:rsidRDefault="00715F11">
      <w:pPr>
        <w:spacing w:after="20"/>
      </w:pPr>
    </w:p>
    <w:p w14:paraId="3931F8FC" w14:textId="77777777" w:rsidR="000D72B6" w:rsidRPr="001E4D9D" w:rsidRDefault="000D72B6" w:rsidP="00B528E3">
      <w:pPr>
        <w:rPr>
          <w:lang w:val="nl-NL"/>
        </w:rPr>
      </w:pPr>
      <w:r w:rsidRPr="001E4D9D">
        <w:rPr>
          <w:lang w:val="nl-NL"/>
        </w:rPr>
        <w:t>Vul hier het IBAN-nummer (bankrekeningnummer) waar de subsidie op wordt gestort.</w:t>
      </w:r>
    </w:p>
    <w:p w14:paraId="4D299F35" w14:textId="77777777" w:rsidR="000D72B6" w:rsidRPr="00B528E3" w:rsidRDefault="000D72B6" w:rsidP="00B528E3">
      <w:bookmarkStart w:id="47" w:name="sub_iban"/>
      <w:bookmarkEnd w:id="47"/>
      <w:r w:rsidRPr="00B528E3">
        <w:rPr>
          <w:b/>
        </w:rPr>
        <w:t>IBAN-</w:t>
      </w:r>
      <w:proofErr w:type="spellStart"/>
      <w:r w:rsidRPr="00B528E3">
        <w:rPr>
          <w:b/>
        </w:rPr>
        <w:t>nummer</w:t>
      </w:r>
      <w:proofErr w:type="spellEnd"/>
      <w:r w:rsidRPr="00B528E3">
        <w:rPr>
          <w:b/>
        </w:rPr>
        <w:t>:</w:t>
      </w:r>
    </w:p>
    <w:tbl>
      <w:tblPr>
        <w:tblW w:w="0" w:type="auto"/>
        <w:tblLayout w:type="fixed"/>
        <w:tblLook w:val="04A0" w:firstRow="1" w:lastRow="0" w:firstColumn="1" w:lastColumn="0" w:noHBand="0" w:noVBand="1"/>
      </w:tblPr>
      <w:tblGrid>
        <w:gridCol w:w="9638"/>
      </w:tblGrid>
      <w:tr w:rsidR="00715F11" w14:paraId="2E3C696B" w14:textId="77777777">
        <w:trPr>
          <w:trHeight w:val="374"/>
        </w:trPr>
        <w:tc>
          <w:tcPr>
            <w:tcW w:w="9638" w:type="dxa"/>
            <w:tcBorders>
              <w:top w:val="single" w:sz="4" w:space="0" w:color="B7C7D0"/>
              <w:left w:val="single" w:sz="4" w:space="0" w:color="B7C7D0"/>
              <w:bottom w:val="single" w:sz="4" w:space="0" w:color="B7C7D0"/>
              <w:right w:val="single" w:sz="4" w:space="0" w:color="B7C7D0"/>
            </w:tcBorders>
            <w:shd w:val="clear" w:color="auto" w:fill="F2F6F8"/>
            <w:tcMar>
              <w:top w:w="110" w:type="dxa"/>
              <w:left w:w="110" w:type="dxa"/>
              <w:bottom w:w="110" w:type="dxa"/>
              <w:right w:w="110" w:type="dxa"/>
            </w:tcMar>
          </w:tcPr>
          <w:p w14:paraId="2C28A486" w14:textId="77777777" w:rsidR="00715F11" w:rsidRDefault="000D72B6">
            <w:pPr>
              <w:spacing w:after="0"/>
            </w:pPr>
            <w:sdt>
              <w:sdtPr>
                <w:alias w:val="Invulveld"/>
                <w:tag w:val="antwoord_176"/>
                <w:id w:val="176"/>
                <w:text w:multiLine="1"/>
              </w:sdtPr>
              <w:sdtEndPr/>
              <w:sdtContent>
                <w:r>
                  <w:t xml:space="preserve"> </w:t>
                </w:r>
              </w:sdtContent>
            </w:sdt>
          </w:p>
        </w:tc>
      </w:tr>
    </w:tbl>
    <w:p w14:paraId="5EA50550" w14:textId="77777777" w:rsidR="00715F11" w:rsidRDefault="00715F11">
      <w:pPr>
        <w:spacing w:after="20"/>
      </w:pPr>
    </w:p>
    <w:p w14:paraId="78F09EF7" w14:textId="77777777" w:rsidR="000D72B6" w:rsidRPr="00B528E3" w:rsidRDefault="000D72B6" w:rsidP="00B528E3">
      <w:bookmarkStart w:id="48" w:name="sub_begunstigde"/>
      <w:bookmarkEnd w:id="48"/>
      <w:r w:rsidRPr="00B528E3">
        <w:rPr>
          <w:b/>
        </w:rPr>
        <w:t>Naam:</w:t>
      </w:r>
    </w:p>
    <w:tbl>
      <w:tblPr>
        <w:tblW w:w="0" w:type="auto"/>
        <w:tblLayout w:type="fixed"/>
        <w:tblLook w:val="04A0" w:firstRow="1" w:lastRow="0" w:firstColumn="1" w:lastColumn="0" w:noHBand="0" w:noVBand="1"/>
      </w:tblPr>
      <w:tblGrid>
        <w:gridCol w:w="9638"/>
      </w:tblGrid>
      <w:tr w:rsidR="00715F11" w14:paraId="0215BC46" w14:textId="77777777">
        <w:trPr>
          <w:trHeight w:val="374"/>
        </w:trPr>
        <w:tc>
          <w:tcPr>
            <w:tcW w:w="9638" w:type="dxa"/>
            <w:tcBorders>
              <w:top w:val="single" w:sz="4" w:space="0" w:color="B7C7D0"/>
              <w:left w:val="single" w:sz="4" w:space="0" w:color="B7C7D0"/>
              <w:bottom w:val="single" w:sz="4" w:space="0" w:color="B7C7D0"/>
              <w:right w:val="single" w:sz="4" w:space="0" w:color="B7C7D0"/>
            </w:tcBorders>
            <w:shd w:val="clear" w:color="auto" w:fill="F2F6F8"/>
            <w:tcMar>
              <w:top w:w="110" w:type="dxa"/>
              <w:left w:w="110" w:type="dxa"/>
              <w:bottom w:w="110" w:type="dxa"/>
              <w:right w:w="110" w:type="dxa"/>
            </w:tcMar>
          </w:tcPr>
          <w:p w14:paraId="7BC9A6ED" w14:textId="77777777" w:rsidR="00715F11" w:rsidRDefault="000D72B6">
            <w:pPr>
              <w:spacing w:after="0"/>
            </w:pPr>
            <w:sdt>
              <w:sdtPr>
                <w:alias w:val="Invulveld"/>
                <w:tag w:val="antwoord_177"/>
                <w:id w:val="177"/>
                <w:text w:multiLine="1"/>
              </w:sdtPr>
              <w:sdtEndPr/>
              <w:sdtContent>
                <w:r>
                  <w:t xml:space="preserve"> </w:t>
                </w:r>
              </w:sdtContent>
            </w:sdt>
          </w:p>
        </w:tc>
      </w:tr>
    </w:tbl>
    <w:p w14:paraId="16E48BBE" w14:textId="77777777" w:rsidR="00715F11" w:rsidRDefault="00715F11">
      <w:pPr>
        <w:spacing w:after="20"/>
      </w:pPr>
    </w:p>
    <w:p w14:paraId="6BB5BB0E" w14:textId="77777777" w:rsidR="000D72B6" w:rsidRPr="00B528E3" w:rsidRDefault="000D72B6" w:rsidP="00B528E3">
      <w:pPr>
        <w:pStyle w:val="Kop1"/>
      </w:pPr>
      <w:r w:rsidRPr="00B528E3">
        <w:t>Begrotingsdocument</w:t>
      </w:r>
    </w:p>
    <w:p w14:paraId="35D60152" w14:textId="77777777" w:rsidR="000D72B6" w:rsidRPr="001E4D9D" w:rsidRDefault="000D72B6" w:rsidP="00B528E3">
      <w:pPr>
        <w:rPr>
          <w:lang w:val="nl-NL"/>
        </w:rPr>
      </w:pPr>
      <w:r w:rsidRPr="001E4D9D">
        <w:rPr>
          <w:lang w:val="nl-NL"/>
        </w:rPr>
        <w:t>Dien voor deze activiteit een begroting in. Gebruik hiervoor </w:t>
      </w:r>
      <w:hyperlink r:id="rId11" w:tgtFrame="_blank" w:history="1">
        <w:r w:rsidRPr="001E4D9D">
          <w:rPr>
            <w:lang w:val="nl-NL"/>
          </w:rPr>
          <w:t>dit begrotingsformat</w:t>
        </w:r>
      </w:hyperlink>
      <w:r w:rsidRPr="001E4D9D">
        <w:rPr>
          <w:lang w:val="nl-NL"/>
        </w:rPr>
        <w:t> in Excel.  </w:t>
      </w:r>
    </w:p>
    <w:p w14:paraId="6DFD7CBB" w14:textId="77777777" w:rsidR="000D72B6" w:rsidRPr="001E4D9D" w:rsidRDefault="000D72B6" w:rsidP="00B528E3">
      <w:pPr>
        <w:rPr>
          <w:lang w:val="nl-NL"/>
        </w:rPr>
      </w:pPr>
      <w:r w:rsidRPr="001E4D9D">
        <w:rPr>
          <w:lang w:val="nl-NL"/>
        </w:rPr>
        <w:t>Let op: vraag je voor meerdere ontmoetingsplekken deze subsidie aan? Zorg er dan voor dat uit de begroting duidelijk wordt wat de kosten zijn per ontmoetingsplek. Je kunt ook een aparte begroting per ontmoetingsplek indienen</w:t>
      </w:r>
    </w:p>
    <w:p w14:paraId="58D1C859" w14:textId="77777777" w:rsidR="00715F11" w:rsidRPr="001E4D9D" w:rsidRDefault="000D72B6">
      <w:pPr>
        <w:rPr>
          <w:lang w:val="nl-NL"/>
        </w:rPr>
      </w:pPr>
      <w:r w:rsidRPr="001E4D9D">
        <w:rPr>
          <w:lang w:val="nl-NL"/>
        </w:rPr>
        <w:br w:type="page"/>
      </w:r>
    </w:p>
    <w:p w14:paraId="3E3A4B87" w14:textId="77777777" w:rsidR="000D72B6" w:rsidRPr="001E4D9D" w:rsidRDefault="000D72B6" w:rsidP="00B528E3">
      <w:pPr>
        <w:pStyle w:val="Kop1"/>
        <w:rPr>
          <w:lang w:val="nl-NL"/>
        </w:rPr>
      </w:pPr>
      <w:r w:rsidRPr="001E4D9D">
        <w:rPr>
          <w:lang w:val="nl-NL"/>
        </w:rPr>
        <w:lastRenderedPageBreak/>
        <w:t>Aanvullende documenten</w:t>
      </w:r>
    </w:p>
    <w:p w14:paraId="5D70578D" w14:textId="77777777" w:rsidR="000D72B6" w:rsidRPr="001E4D9D" w:rsidRDefault="000D72B6" w:rsidP="00B528E3">
      <w:pPr>
        <w:rPr>
          <w:lang w:val="nl-NL"/>
        </w:rPr>
      </w:pPr>
      <w:bookmarkStart w:id="49" w:name="sub_wijzigingen"/>
      <w:bookmarkEnd w:id="49"/>
      <w:r w:rsidRPr="001E4D9D">
        <w:rPr>
          <w:b/>
          <w:lang w:val="nl-NL"/>
        </w:rPr>
        <w:t>Is er een wijziging geweest ten opzichte van de eerder ingediende statuten en of KvK-uittreksel?</w:t>
      </w:r>
    </w:p>
    <w:p w14:paraId="02FFE463" w14:textId="77777777" w:rsidR="00715F11" w:rsidRPr="001E4D9D" w:rsidRDefault="000D72B6">
      <w:pPr>
        <w:spacing w:after="160"/>
        <w:rPr>
          <w:lang w:val="nl-NL"/>
        </w:rPr>
      </w:pPr>
      <w:sdt>
        <w:sdtPr>
          <w:rPr>
            <w:lang w:val="nl-NL"/>
          </w:rPr>
          <w:id w:val="178"/>
          <w14:checkbox>
            <w14:checked w14:val="0"/>
            <w14:checkedState w14:val="2612" w14:font="DejaVu Sans"/>
            <w14:uncheckedState w14:val="2610" w14:font="DejaVu Sans"/>
          </w14:checkbox>
        </w:sdtPr>
        <w:sdtEndPr/>
        <w:sdtContent>
          <w:r w:rsidRPr="001E4D9D">
            <w:rPr>
              <w:rFonts w:ascii="DejaVu Sans" w:hAnsi="DejaVu Sans"/>
              <w:lang w:val="nl-NL"/>
            </w:rPr>
            <w:t>☐</w:t>
          </w:r>
        </w:sdtContent>
      </w:sdt>
      <w:r w:rsidRPr="001E4D9D">
        <w:rPr>
          <w:lang w:val="nl-NL"/>
        </w:rPr>
        <w:t xml:space="preserve"> Ja     </w:t>
      </w:r>
      <w:sdt>
        <w:sdtPr>
          <w:rPr>
            <w:lang w:val="nl-NL"/>
          </w:rPr>
          <w:id w:val="179"/>
          <w14:checkbox>
            <w14:checked w14:val="0"/>
            <w14:checkedState w14:val="2612" w14:font="DejaVu Sans"/>
            <w14:uncheckedState w14:val="2610" w14:font="DejaVu Sans"/>
          </w14:checkbox>
        </w:sdtPr>
        <w:sdtEndPr/>
        <w:sdtContent>
          <w:r w:rsidRPr="001E4D9D">
            <w:rPr>
              <w:rFonts w:ascii="DejaVu Sans" w:hAnsi="DejaVu Sans"/>
              <w:lang w:val="nl-NL"/>
            </w:rPr>
            <w:t>☐</w:t>
          </w:r>
        </w:sdtContent>
      </w:sdt>
      <w:r w:rsidRPr="001E4D9D">
        <w:rPr>
          <w:lang w:val="nl-NL"/>
        </w:rPr>
        <w:t xml:space="preserve"> Nee</w:t>
      </w:r>
    </w:p>
    <w:p w14:paraId="3C0C87F6" w14:textId="77777777" w:rsidR="000D72B6" w:rsidRPr="001E4D9D" w:rsidRDefault="000D72B6" w:rsidP="00B528E3">
      <w:pPr>
        <w:pStyle w:val="Kop2"/>
        <w:rPr>
          <w:lang w:val="nl-NL"/>
        </w:rPr>
      </w:pPr>
      <w:bookmarkStart w:id="50" w:name="sub_jaarverslag"/>
      <w:bookmarkEnd w:id="50"/>
      <w:r w:rsidRPr="001E4D9D">
        <w:rPr>
          <w:lang w:val="nl-NL"/>
        </w:rPr>
        <w:t>Jaarverslag, de jaarrekening of de balans van het voorgaande jaar</w:t>
      </w:r>
    </w:p>
    <w:p w14:paraId="47C8C8F3" w14:textId="77777777" w:rsidR="000D72B6" w:rsidRPr="001E4D9D" w:rsidRDefault="000D72B6" w:rsidP="00B528E3">
      <w:pPr>
        <w:rPr>
          <w:lang w:val="nl-NL"/>
        </w:rPr>
      </w:pPr>
      <w:r w:rsidRPr="001E4D9D">
        <w:rPr>
          <w:lang w:val="nl-NL"/>
        </w:rPr>
        <w:t>Bestand toevoegen</w:t>
      </w:r>
    </w:p>
    <w:p w14:paraId="7CD1F148" w14:textId="77777777" w:rsidR="000D72B6" w:rsidRPr="001E4D9D" w:rsidRDefault="000D72B6" w:rsidP="00B528E3">
      <w:pPr>
        <w:rPr>
          <w:lang w:val="nl-NL"/>
        </w:rPr>
      </w:pPr>
      <w:r w:rsidRPr="001E4D9D">
        <w:rPr>
          <w:lang w:val="nl-NL"/>
        </w:rPr>
        <w:t>Of sleep je bestanden hierheen</w:t>
      </w:r>
    </w:p>
    <w:tbl>
      <w:tblPr>
        <w:tblW w:w="0" w:type="auto"/>
        <w:tblLayout w:type="fixed"/>
        <w:tblLook w:val="04A0" w:firstRow="1" w:lastRow="0" w:firstColumn="1" w:lastColumn="0" w:noHBand="0" w:noVBand="1"/>
      </w:tblPr>
      <w:tblGrid>
        <w:gridCol w:w="9638"/>
      </w:tblGrid>
      <w:tr w:rsidR="00715F11" w14:paraId="6EF72F99" w14:textId="77777777">
        <w:trPr>
          <w:trHeight w:val="374"/>
        </w:trPr>
        <w:tc>
          <w:tcPr>
            <w:tcW w:w="9638" w:type="dxa"/>
            <w:tcBorders>
              <w:top w:val="single" w:sz="4" w:space="0" w:color="B7C7D0"/>
              <w:left w:val="single" w:sz="4" w:space="0" w:color="B7C7D0"/>
              <w:bottom w:val="single" w:sz="4" w:space="0" w:color="B7C7D0"/>
              <w:right w:val="single" w:sz="4" w:space="0" w:color="B7C7D0"/>
            </w:tcBorders>
            <w:shd w:val="clear" w:color="auto" w:fill="F2F6F8"/>
            <w:tcMar>
              <w:top w:w="110" w:type="dxa"/>
              <w:left w:w="110" w:type="dxa"/>
              <w:bottom w:w="110" w:type="dxa"/>
              <w:right w:w="110" w:type="dxa"/>
            </w:tcMar>
          </w:tcPr>
          <w:p w14:paraId="2DE96C94" w14:textId="77777777" w:rsidR="00715F11" w:rsidRDefault="000D72B6">
            <w:pPr>
              <w:spacing w:after="0"/>
            </w:pPr>
            <w:sdt>
              <w:sdtPr>
                <w:alias w:val="Invulveld"/>
                <w:tag w:val="antwoord_180"/>
                <w:id w:val="180"/>
                <w:text w:multiLine="1"/>
              </w:sdtPr>
              <w:sdtEndPr/>
              <w:sdtContent>
                <w:r>
                  <w:t xml:space="preserve"> </w:t>
                </w:r>
              </w:sdtContent>
            </w:sdt>
          </w:p>
        </w:tc>
      </w:tr>
    </w:tbl>
    <w:p w14:paraId="1BE9FC84" w14:textId="77777777" w:rsidR="00715F11" w:rsidRDefault="00715F11">
      <w:pPr>
        <w:spacing w:after="20"/>
      </w:pPr>
    </w:p>
    <w:p w14:paraId="1D2263A6" w14:textId="77777777" w:rsidR="000D72B6" w:rsidRPr="00B528E3" w:rsidRDefault="000D72B6" w:rsidP="00B528E3">
      <w:pPr>
        <w:pStyle w:val="Kop2"/>
      </w:pPr>
      <w:bookmarkStart w:id="51" w:name="sub_document_aanvullend"/>
      <w:bookmarkEnd w:id="51"/>
      <w:r w:rsidRPr="00B528E3">
        <w:t>Aanvullende documenten</w:t>
      </w:r>
    </w:p>
    <w:p w14:paraId="4B55A0F5" w14:textId="77777777" w:rsidR="000D72B6" w:rsidRPr="00B528E3" w:rsidRDefault="000D72B6" w:rsidP="00B528E3">
      <w:r w:rsidRPr="00B528E3">
        <w:t>Bestand toevoegen</w:t>
      </w:r>
    </w:p>
    <w:p w14:paraId="2F0CC60D" w14:textId="77777777" w:rsidR="000D72B6" w:rsidRPr="00B528E3" w:rsidRDefault="000D72B6" w:rsidP="00B528E3">
      <w:r w:rsidRPr="00B528E3">
        <w:t>Of sleep je bestanden hierheen</w:t>
      </w:r>
    </w:p>
    <w:tbl>
      <w:tblPr>
        <w:tblW w:w="0" w:type="auto"/>
        <w:tblLayout w:type="fixed"/>
        <w:tblLook w:val="04A0" w:firstRow="1" w:lastRow="0" w:firstColumn="1" w:lastColumn="0" w:noHBand="0" w:noVBand="1"/>
      </w:tblPr>
      <w:tblGrid>
        <w:gridCol w:w="9638"/>
      </w:tblGrid>
      <w:tr w:rsidR="00715F11" w14:paraId="7872BBA9" w14:textId="77777777">
        <w:trPr>
          <w:trHeight w:val="374"/>
        </w:trPr>
        <w:tc>
          <w:tcPr>
            <w:tcW w:w="9638" w:type="dxa"/>
            <w:tcBorders>
              <w:top w:val="single" w:sz="4" w:space="0" w:color="B7C7D0"/>
              <w:left w:val="single" w:sz="4" w:space="0" w:color="B7C7D0"/>
              <w:bottom w:val="single" w:sz="4" w:space="0" w:color="B7C7D0"/>
              <w:right w:val="single" w:sz="4" w:space="0" w:color="B7C7D0"/>
            </w:tcBorders>
            <w:shd w:val="clear" w:color="auto" w:fill="F2F6F8"/>
            <w:tcMar>
              <w:top w:w="110" w:type="dxa"/>
              <w:left w:w="110" w:type="dxa"/>
              <w:bottom w:w="110" w:type="dxa"/>
              <w:right w:w="110" w:type="dxa"/>
            </w:tcMar>
          </w:tcPr>
          <w:p w14:paraId="7A891836" w14:textId="77777777" w:rsidR="00715F11" w:rsidRDefault="000D72B6">
            <w:pPr>
              <w:spacing w:after="0"/>
            </w:pPr>
            <w:sdt>
              <w:sdtPr>
                <w:alias w:val="Invulveld"/>
                <w:tag w:val="antwoord_181"/>
                <w:id w:val="181"/>
                <w:text w:multiLine="1"/>
              </w:sdtPr>
              <w:sdtEndPr/>
              <w:sdtContent>
                <w:r>
                  <w:t xml:space="preserve"> </w:t>
                </w:r>
              </w:sdtContent>
            </w:sdt>
          </w:p>
        </w:tc>
      </w:tr>
    </w:tbl>
    <w:p w14:paraId="64963FE6" w14:textId="77777777" w:rsidR="00715F11" w:rsidRDefault="00715F11">
      <w:pPr>
        <w:spacing w:after="20"/>
      </w:pPr>
    </w:p>
    <w:p w14:paraId="18169B8B" w14:textId="77777777" w:rsidR="000D72B6" w:rsidRPr="00B528E3" w:rsidRDefault="000D72B6" w:rsidP="00B528E3">
      <w:pPr>
        <w:pStyle w:val="Kop2"/>
      </w:pPr>
      <w:bookmarkStart w:id="52" w:name="sub_documenten_opmerking"/>
      <w:bookmarkEnd w:id="52"/>
      <w:r w:rsidRPr="00B528E3">
        <w:t>Opmerkingen</w:t>
      </w:r>
    </w:p>
    <w:tbl>
      <w:tblPr>
        <w:tblW w:w="0" w:type="auto"/>
        <w:tblLayout w:type="fixed"/>
        <w:tblLook w:val="04A0" w:firstRow="1" w:lastRow="0" w:firstColumn="1" w:lastColumn="0" w:noHBand="0" w:noVBand="1"/>
      </w:tblPr>
      <w:tblGrid>
        <w:gridCol w:w="9638"/>
      </w:tblGrid>
      <w:tr w:rsidR="00715F11" w14:paraId="6A3CC7CF" w14:textId="77777777">
        <w:trPr>
          <w:trHeight w:val="941"/>
        </w:trPr>
        <w:tc>
          <w:tcPr>
            <w:tcW w:w="9638" w:type="dxa"/>
            <w:tcBorders>
              <w:top w:val="single" w:sz="4" w:space="0" w:color="B7C7D0"/>
              <w:left w:val="single" w:sz="4" w:space="0" w:color="B7C7D0"/>
              <w:bottom w:val="single" w:sz="4" w:space="0" w:color="B7C7D0"/>
              <w:right w:val="single" w:sz="4" w:space="0" w:color="B7C7D0"/>
            </w:tcBorders>
            <w:shd w:val="clear" w:color="auto" w:fill="F2F6F8"/>
            <w:tcMar>
              <w:top w:w="110" w:type="dxa"/>
              <w:left w:w="110" w:type="dxa"/>
              <w:bottom w:w="110" w:type="dxa"/>
              <w:right w:w="110" w:type="dxa"/>
            </w:tcMar>
          </w:tcPr>
          <w:p w14:paraId="731E3DFB" w14:textId="77777777" w:rsidR="00715F11" w:rsidRDefault="000D72B6">
            <w:pPr>
              <w:spacing w:after="0"/>
            </w:pPr>
            <w:sdt>
              <w:sdtPr>
                <w:alias w:val="Invulveld"/>
                <w:tag w:val="antwoord_182"/>
                <w:id w:val="182"/>
                <w:text w:multiLine="1"/>
              </w:sdtPr>
              <w:sdtEndPr/>
              <w:sdtContent>
                <w:r>
                  <w:t xml:space="preserve"> </w:t>
                </w:r>
              </w:sdtContent>
            </w:sdt>
          </w:p>
        </w:tc>
      </w:tr>
    </w:tbl>
    <w:p w14:paraId="38CA3355" w14:textId="77777777" w:rsidR="00715F11" w:rsidRDefault="00715F11">
      <w:pPr>
        <w:spacing w:after="20"/>
      </w:pPr>
    </w:p>
    <w:p w14:paraId="07799E39" w14:textId="77777777" w:rsidR="000D72B6" w:rsidRPr="00B528E3" w:rsidRDefault="000D72B6" w:rsidP="00B528E3">
      <w:pPr>
        <w:pStyle w:val="Kop1"/>
      </w:pPr>
      <w:r w:rsidRPr="00B528E3">
        <w:t>Toestemming verwerken persoonsgegevens</w:t>
      </w:r>
    </w:p>
    <w:p w14:paraId="5FB7A9E0" w14:textId="77777777" w:rsidR="000D72B6" w:rsidRPr="001E4D9D" w:rsidRDefault="000D72B6" w:rsidP="00B528E3">
      <w:pPr>
        <w:rPr>
          <w:lang w:val="nl-NL"/>
        </w:rPr>
      </w:pPr>
      <w:r w:rsidRPr="001E4D9D">
        <w:rPr>
          <w:lang w:val="nl-NL"/>
        </w:rPr>
        <w:t>Hierbij geef ik Gemeente Amersfoort toestemming om bovenstaande gegevens over mij te verwerken. Mijn toestemming geldt alleen voor de hierboven ingevulde gegevens en voor het omschreven doel. Voor andere, nieuwe gegevensverwerkingen vraagt de gemeente mij opnieuw om toestemming. Als gegevens niet (meer) nodig zijn, registreren we die niet of we verwijderen ze. Ik weet dat ik mijn toestemming altijd weer kan intrekken.</w:t>
      </w:r>
    </w:p>
    <w:p w14:paraId="40200345" w14:textId="77777777" w:rsidR="00715F11" w:rsidRPr="001E4D9D" w:rsidRDefault="000D72B6">
      <w:pPr>
        <w:rPr>
          <w:lang w:val="nl-NL"/>
        </w:rPr>
      </w:pPr>
      <w:sdt>
        <w:sdtPr>
          <w:rPr>
            <w:lang w:val="nl-NL"/>
          </w:rPr>
          <w:id w:val="183"/>
          <w14:checkbox>
            <w14:checked w14:val="0"/>
            <w14:checkedState w14:val="2612" w14:font="DejaVu Sans"/>
            <w14:uncheckedState w14:val="2610" w14:font="DejaVu Sans"/>
          </w14:checkbox>
        </w:sdtPr>
        <w:sdtEndPr/>
        <w:sdtContent>
          <w:r w:rsidRPr="001E4D9D">
            <w:rPr>
              <w:rFonts w:ascii="DejaVu Sans" w:hAnsi="DejaVu Sans"/>
              <w:lang w:val="nl-NL"/>
            </w:rPr>
            <w:t>☐</w:t>
          </w:r>
        </w:sdtContent>
      </w:sdt>
      <w:r w:rsidRPr="001E4D9D">
        <w:rPr>
          <w:lang w:val="nl-NL"/>
        </w:rPr>
        <w:t xml:space="preserve"> </w:t>
      </w:r>
    </w:p>
    <w:p w14:paraId="23FCE6EB" w14:textId="77777777" w:rsidR="000D72B6" w:rsidRPr="001E4D9D" w:rsidRDefault="000D72B6" w:rsidP="00B528E3">
      <w:pPr>
        <w:pStyle w:val="Kop2"/>
        <w:rPr>
          <w:lang w:val="nl-NL"/>
        </w:rPr>
      </w:pPr>
      <w:r w:rsidRPr="001E4D9D">
        <w:rPr>
          <w:lang w:val="nl-NL"/>
        </w:rPr>
        <w:t>Correspondentie</w:t>
      </w:r>
    </w:p>
    <w:p w14:paraId="38339878" w14:textId="77777777" w:rsidR="000D72B6" w:rsidRPr="001E4D9D" w:rsidRDefault="000D72B6" w:rsidP="00B528E3">
      <w:pPr>
        <w:rPr>
          <w:lang w:val="nl-NL"/>
        </w:rPr>
      </w:pPr>
      <w:r w:rsidRPr="001E4D9D">
        <w:rPr>
          <w:lang w:val="nl-NL"/>
        </w:rPr>
        <w:t>Ik ben voldoende bereikbaar op het opgegeven e-mail adres voor correspondentie.</w:t>
      </w:r>
    </w:p>
    <w:p w14:paraId="272A3B2B" w14:textId="77777777" w:rsidR="00715F11" w:rsidRPr="001E4D9D" w:rsidRDefault="000D72B6">
      <w:pPr>
        <w:rPr>
          <w:lang w:val="nl-NL"/>
        </w:rPr>
      </w:pPr>
      <w:sdt>
        <w:sdtPr>
          <w:rPr>
            <w:lang w:val="nl-NL"/>
          </w:rPr>
          <w:id w:val="184"/>
          <w14:checkbox>
            <w14:checked w14:val="0"/>
            <w14:checkedState w14:val="2612" w14:font="DejaVu Sans"/>
            <w14:uncheckedState w14:val="2610" w14:font="DejaVu Sans"/>
          </w14:checkbox>
        </w:sdtPr>
        <w:sdtEndPr/>
        <w:sdtContent>
          <w:r w:rsidRPr="001E4D9D">
            <w:rPr>
              <w:rFonts w:ascii="DejaVu Sans" w:hAnsi="DejaVu Sans"/>
              <w:lang w:val="nl-NL"/>
            </w:rPr>
            <w:t>☐</w:t>
          </w:r>
        </w:sdtContent>
      </w:sdt>
      <w:r w:rsidRPr="001E4D9D">
        <w:rPr>
          <w:lang w:val="nl-NL"/>
        </w:rPr>
        <w:t xml:space="preserve"> </w:t>
      </w:r>
    </w:p>
    <w:p w14:paraId="2E6CF7EE" w14:textId="77777777" w:rsidR="000D72B6" w:rsidRPr="001E4D9D" w:rsidRDefault="000D72B6" w:rsidP="00B528E3">
      <w:pPr>
        <w:pStyle w:val="Kop2"/>
        <w:rPr>
          <w:lang w:val="nl-NL"/>
        </w:rPr>
      </w:pPr>
      <w:bookmarkStart w:id="53" w:name="amf_waarheid"/>
      <w:bookmarkEnd w:id="53"/>
      <w:r w:rsidRPr="001E4D9D">
        <w:rPr>
          <w:lang w:val="nl-NL"/>
        </w:rPr>
        <w:t>Dit formulier is naar waarheid ingevuld</w:t>
      </w:r>
    </w:p>
    <w:p w14:paraId="1A2CB6F1" w14:textId="77777777" w:rsidR="00715F11" w:rsidRDefault="000D72B6">
      <w:sdt>
        <w:sdtPr>
          <w:id w:val="185"/>
          <w14:checkbox>
            <w14:checked w14:val="0"/>
            <w14:checkedState w14:val="2612" w14:font="DejaVu Sans"/>
            <w14:uncheckedState w14:val="2610" w14:font="DejaVu Sans"/>
          </w14:checkbox>
        </w:sdtPr>
        <w:sdtEndPr/>
        <w:sdtContent>
          <w:r>
            <w:rPr>
              <w:rFonts w:ascii="DejaVu Sans" w:hAnsi="DejaVu Sans"/>
            </w:rPr>
            <w:t>☐</w:t>
          </w:r>
        </w:sdtContent>
      </w:sdt>
      <w:r>
        <w:t xml:space="preserve"> Check</w:t>
      </w:r>
    </w:p>
    <w:sectPr w:rsidR="00715F11" w:rsidSect="00034616">
      <w:headerReference w:type="default" r:id="rId12"/>
      <w:footerReference w:type="default" r:id="rId13"/>
      <w:pgSz w:w="11906" w:h="16838"/>
      <w:pgMar w:top="1020" w:right="1134" w:bottom="907"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C4750F" w14:textId="77777777" w:rsidR="000D72B6" w:rsidRDefault="000D72B6">
      <w:pPr>
        <w:spacing w:after="0" w:line="240" w:lineRule="auto"/>
      </w:pPr>
      <w:r>
        <w:separator/>
      </w:r>
    </w:p>
  </w:endnote>
  <w:endnote w:type="continuationSeparator" w:id="0">
    <w:p w14:paraId="702D2316" w14:textId="77777777" w:rsidR="000D72B6" w:rsidRDefault="000D72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DejaVu Sans">
    <w:altName w:val="Verdan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A6CD54" w14:textId="47CB2D63" w:rsidR="00715F11" w:rsidRPr="001E4D9D" w:rsidRDefault="000D72B6">
    <w:pPr>
      <w:pStyle w:val="Voettekst"/>
      <w:rPr>
        <w:lang w:val="nl-NL"/>
      </w:rPr>
    </w:pPr>
    <w:r w:rsidRPr="001E4D9D">
      <w:rPr>
        <w:sz w:val="16"/>
        <w:lang w:val="nl-NL"/>
      </w:rPr>
      <w:t xml:space="preserve">Indienen via het online formulier met eHerkenning   •   </w:t>
    </w:r>
    <w:r>
      <w:fldChar w:fldCharType="begin"/>
    </w:r>
    <w:r w:rsidRPr="001E4D9D">
      <w:rPr>
        <w:lang w:val="nl-NL"/>
      </w:rPr>
      <w:instrText>PAGE</w:instrText>
    </w:r>
    <w:r>
      <w:fldChar w:fldCharType="separate"/>
    </w:r>
    <w:r w:rsidR="001E4D9D" w:rsidRPr="001E4D9D">
      <w:rPr>
        <w:noProof/>
        <w:lang w:val="nl-NL"/>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AA718A" w14:textId="77777777" w:rsidR="000D72B6" w:rsidRDefault="000D72B6">
      <w:pPr>
        <w:spacing w:after="0" w:line="240" w:lineRule="auto"/>
      </w:pPr>
      <w:r>
        <w:separator/>
      </w:r>
    </w:p>
  </w:footnote>
  <w:footnote w:type="continuationSeparator" w:id="0">
    <w:p w14:paraId="60069008" w14:textId="77777777" w:rsidR="000D72B6" w:rsidRDefault="000D72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20CF61" w14:textId="77777777" w:rsidR="00715F11" w:rsidRPr="001E4D9D" w:rsidRDefault="000D72B6">
    <w:pPr>
      <w:pStyle w:val="Koptekst"/>
      <w:rPr>
        <w:lang w:val="nl-NL"/>
      </w:rPr>
    </w:pPr>
    <w:r w:rsidRPr="001E4D9D">
      <w:rPr>
        <w:sz w:val="16"/>
        <w:lang w:val="nl-NL"/>
      </w:rPr>
      <w:t>VOORBEELD AANVRAAGFORMULIER WOP  |  ALLEEN TER VOORBEREIDING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jstnummering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jstnummering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jstopsomtek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jstopsomtek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jstnummering"/>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jstopsomteken"/>
      <w:lvlText w:val=""/>
      <w:lvlJc w:val="left"/>
      <w:pPr>
        <w:tabs>
          <w:tab w:val="num" w:pos="360"/>
        </w:tabs>
        <w:ind w:left="360" w:hanging="360"/>
      </w:pPr>
      <w:rPr>
        <w:rFonts w:ascii="Symbol" w:hAnsi="Symbol" w:hint="default"/>
      </w:rPr>
    </w:lvl>
  </w:abstractNum>
  <w:num w:numId="1" w16cid:durableId="1441410502">
    <w:abstractNumId w:val="8"/>
  </w:num>
  <w:num w:numId="2" w16cid:durableId="150370735">
    <w:abstractNumId w:val="6"/>
  </w:num>
  <w:num w:numId="3" w16cid:durableId="656803981">
    <w:abstractNumId w:val="5"/>
  </w:num>
  <w:num w:numId="4" w16cid:durableId="359933389">
    <w:abstractNumId w:val="4"/>
  </w:num>
  <w:num w:numId="5" w16cid:durableId="1567839310">
    <w:abstractNumId w:val="7"/>
  </w:num>
  <w:num w:numId="6" w16cid:durableId="1966160697">
    <w:abstractNumId w:val="3"/>
  </w:num>
  <w:num w:numId="7" w16cid:durableId="881863549">
    <w:abstractNumId w:val="2"/>
  </w:num>
  <w:num w:numId="8" w16cid:durableId="439641579">
    <w:abstractNumId w:val="1"/>
  </w:num>
  <w:num w:numId="9" w16cid:durableId="13267431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D72B6"/>
    <w:rsid w:val="000D7E66"/>
    <w:rsid w:val="0015074B"/>
    <w:rsid w:val="001E4D9D"/>
    <w:rsid w:val="0029639D"/>
    <w:rsid w:val="00326F90"/>
    <w:rsid w:val="00715F11"/>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30A71C3E-A2EF-4F44-A1DB-189761F35C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C693F"/>
    <w:pPr>
      <w:spacing w:after="120" w:line="250" w:lineRule="auto"/>
    </w:pPr>
    <w:rPr>
      <w:rFonts w:ascii="Calibri" w:hAnsi="Calibri"/>
      <w:color w:val="000000"/>
    </w:rPr>
  </w:style>
  <w:style w:type="paragraph" w:styleId="Kop1">
    <w:name w:val="heading 1"/>
    <w:basedOn w:val="Standaard"/>
    <w:next w:val="Standaard"/>
    <w:link w:val="Kop1Char"/>
    <w:uiPriority w:val="9"/>
    <w:qFormat/>
    <w:rsid w:val="00FC693F"/>
    <w:pPr>
      <w:keepNext/>
      <w:keepLines/>
      <w:spacing w:before="200" w:after="160"/>
      <w:outlineLvl w:val="0"/>
    </w:pPr>
    <w:rPr>
      <w:rFonts w:asciiTheme="majorHAnsi" w:eastAsiaTheme="majorEastAsia" w:hAnsiTheme="majorHAnsi" w:cstheme="majorBidi"/>
      <w:b/>
      <w:bCs/>
      <w:sz w:val="34"/>
      <w:szCs w:val="28"/>
    </w:rPr>
  </w:style>
  <w:style w:type="paragraph" w:styleId="Kop2">
    <w:name w:val="heading 2"/>
    <w:basedOn w:val="Standaard"/>
    <w:next w:val="Standaard"/>
    <w:link w:val="Kop2Char"/>
    <w:uiPriority w:val="9"/>
    <w:unhideWhenUsed/>
    <w:qFormat/>
    <w:rsid w:val="00FC693F"/>
    <w:pPr>
      <w:keepNext/>
      <w:keepLines/>
      <w:spacing w:before="200" w:after="160"/>
      <w:outlineLvl w:val="1"/>
    </w:pPr>
    <w:rPr>
      <w:rFonts w:asciiTheme="majorHAnsi" w:eastAsiaTheme="majorEastAsia" w:hAnsiTheme="majorHAnsi" w:cstheme="majorBidi"/>
      <w:b/>
      <w:bCs/>
      <w:sz w:val="26"/>
      <w:szCs w:val="26"/>
    </w:rPr>
  </w:style>
  <w:style w:type="paragraph" w:styleId="Kop3">
    <w:name w:val="heading 3"/>
    <w:basedOn w:val="Standaard"/>
    <w:next w:val="Standaard"/>
    <w:link w:val="Kop3Char"/>
    <w:uiPriority w:val="9"/>
    <w:unhideWhenUsed/>
    <w:qFormat/>
    <w:rsid w:val="00FC693F"/>
    <w:pPr>
      <w:keepNext/>
      <w:keepLines/>
      <w:spacing w:before="200" w:after="0"/>
      <w:outlineLvl w:val="2"/>
    </w:pPr>
    <w:rPr>
      <w:rFonts w:asciiTheme="majorHAnsi" w:eastAsiaTheme="majorEastAsia" w:hAnsiTheme="majorHAnsi" w:cstheme="majorBidi"/>
      <w:b/>
      <w:bCs/>
    </w:rPr>
  </w:style>
  <w:style w:type="paragraph" w:styleId="Kop4">
    <w:name w:val="heading 4"/>
    <w:basedOn w:val="Standaard"/>
    <w:next w:val="Standaard"/>
    <w:link w:val="Kop4Char"/>
    <w:uiPriority w:val="9"/>
    <w:semiHidden/>
    <w:unhideWhenUsed/>
    <w:qFormat/>
    <w:rsid w:val="00FC693F"/>
    <w:pPr>
      <w:keepNext/>
      <w:keepLines/>
      <w:spacing w:before="200" w:after="0"/>
      <w:outlineLvl w:val="3"/>
    </w:pPr>
    <w:rPr>
      <w:rFonts w:asciiTheme="majorHAnsi" w:eastAsiaTheme="majorEastAsia" w:hAnsiTheme="majorHAnsi" w:cstheme="majorBidi"/>
      <w:b/>
      <w:bCs/>
      <w:i/>
      <w:iCs/>
    </w:rPr>
  </w:style>
  <w:style w:type="paragraph" w:styleId="Kop5">
    <w:name w:val="heading 5"/>
    <w:basedOn w:val="Standaard"/>
    <w:next w:val="Standaard"/>
    <w:link w:val="Kop5Char"/>
    <w:uiPriority w:val="9"/>
    <w:semiHidden/>
    <w:unhideWhenUsed/>
    <w:qFormat/>
    <w:rsid w:val="00FC693F"/>
    <w:pPr>
      <w:keepNext/>
      <w:keepLines/>
      <w:spacing w:before="200" w:after="0"/>
      <w:outlineLvl w:val="4"/>
    </w:pPr>
    <w:rPr>
      <w:rFonts w:asciiTheme="majorHAnsi" w:eastAsiaTheme="majorEastAsia" w:hAnsiTheme="majorHAnsi" w:cstheme="majorBidi"/>
    </w:rPr>
  </w:style>
  <w:style w:type="paragraph" w:styleId="Kop6">
    <w:name w:val="heading 6"/>
    <w:basedOn w:val="Standaard"/>
    <w:next w:val="Standaard"/>
    <w:link w:val="Kop6Char"/>
    <w:uiPriority w:val="9"/>
    <w:semiHidden/>
    <w:unhideWhenUsed/>
    <w:qFormat/>
    <w:rsid w:val="00FC693F"/>
    <w:pPr>
      <w:keepNext/>
      <w:keepLines/>
      <w:spacing w:before="200" w:after="0"/>
      <w:outlineLvl w:val="5"/>
    </w:pPr>
    <w:rPr>
      <w:rFonts w:asciiTheme="majorHAnsi" w:eastAsiaTheme="majorEastAsia" w:hAnsiTheme="majorHAnsi" w:cstheme="majorBidi"/>
      <w:i/>
      <w:iCs/>
    </w:rPr>
  </w:style>
  <w:style w:type="paragraph" w:styleId="Kop7">
    <w:name w:val="heading 7"/>
    <w:basedOn w:val="Standaard"/>
    <w:next w:val="Standaard"/>
    <w:link w:val="Kop7Char"/>
    <w:uiPriority w:val="9"/>
    <w:semiHidden/>
    <w:unhideWhenUsed/>
    <w:qFormat/>
    <w:rsid w:val="00FC693F"/>
    <w:pPr>
      <w:keepNext/>
      <w:keepLines/>
      <w:spacing w:before="200" w:after="0"/>
      <w:outlineLvl w:val="6"/>
    </w:pPr>
    <w:rPr>
      <w:rFonts w:asciiTheme="majorHAnsi" w:eastAsiaTheme="majorEastAsia" w:hAnsiTheme="majorHAnsi" w:cstheme="majorBidi"/>
      <w:i/>
      <w:iCs/>
    </w:rPr>
  </w:style>
  <w:style w:type="paragraph" w:styleId="Kop8">
    <w:name w:val="heading 8"/>
    <w:basedOn w:val="Standaard"/>
    <w:next w:val="Standaard"/>
    <w:link w:val="Kop8Char"/>
    <w:uiPriority w:val="9"/>
    <w:semiHidden/>
    <w:unhideWhenUsed/>
    <w:qFormat/>
    <w:rsid w:val="00FC693F"/>
    <w:pPr>
      <w:keepNext/>
      <w:keepLines/>
      <w:spacing w:before="200" w:after="0"/>
      <w:outlineLvl w:val="7"/>
    </w:pPr>
    <w:rPr>
      <w:rFonts w:asciiTheme="majorHAnsi" w:eastAsiaTheme="majorEastAsia" w:hAnsiTheme="majorHAnsi" w:cstheme="majorBidi"/>
      <w:szCs w:val="20"/>
    </w:rPr>
  </w:style>
  <w:style w:type="paragraph" w:styleId="Kop9">
    <w:name w:val="heading 9"/>
    <w:basedOn w:val="Standaard"/>
    <w:next w:val="Standaard"/>
    <w:link w:val="Kop9Char"/>
    <w:uiPriority w:val="9"/>
    <w:semiHidden/>
    <w:unhideWhenUsed/>
    <w:qFormat/>
    <w:rsid w:val="00FC693F"/>
    <w:pPr>
      <w:keepNext/>
      <w:keepLines/>
      <w:spacing w:before="200" w:after="0"/>
      <w:outlineLvl w:val="8"/>
    </w:pPr>
    <w:rPr>
      <w:rFonts w:asciiTheme="majorHAnsi" w:eastAsiaTheme="majorEastAsia" w:hAnsiTheme="majorHAnsi" w:cstheme="majorBidi"/>
      <w:i/>
      <w:iCs/>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618BF"/>
    <w:pPr>
      <w:tabs>
        <w:tab w:val="center" w:pos="4680"/>
        <w:tab w:val="right" w:pos="9360"/>
      </w:tabs>
      <w:spacing w:after="0" w:line="240" w:lineRule="auto"/>
    </w:pPr>
  </w:style>
  <w:style w:type="character" w:customStyle="1" w:styleId="KoptekstChar">
    <w:name w:val="Koptekst Char"/>
    <w:basedOn w:val="Standaardalinea-lettertype"/>
    <w:link w:val="Koptekst"/>
    <w:uiPriority w:val="99"/>
    <w:rsid w:val="00E618BF"/>
  </w:style>
  <w:style w:type="paragraph" w:styleId="Voettekst">
    <w:name w:val="footer"/>
    <w:basedOn w:val="Standaard"/>
    <w:link w:val="VoettekstChar"/>
    <w:uiPriority w:val="99"/>
    <w:unhideWhenUsed/>
    <w:rsid w:val="00E618BF"/>
    <w:pPr>
      <w:tabs>
        <w:tab w:val="center" w:pos="4680"/>
        <w:tab w:val="right" w:pos="9360"/>
      </w:tabs>
      <w:spacing w:after="0" w:line="240" w:lineRule="auto"/>
    </w:pPr>
  </w:style>
  <w:style w:type="character" w:customStyle="1" w:styleId="VoettekstChar">
    <w:name w:val="Voettekst Char"/>
    <w:basedOn w:val="Standaardalinea-lettertype"/>
    <w:link w:val="Voettekst"/>
    <w:uiPriority w:val="99"/>
    <w:rsid w:val="00E618BF"/>
  </w:style>
  <w:style w:type="paragraph" w:styleId="Geenafstand">
    <w:name w:val="No Spacing"/>
    <w:uiPriority w:val="1"/>
    <w:qFormat/>
    <w:rsid w:val="00FC693F"/>
    <w:pPr>
      <w:spacing w:after="0" w:line="240" w:lineRule="auto"/>
    </w:pPr>
    <w:rPr>
      <w:rFonts w:ascii="Calibri" w:hAnsi="Calibri"/>
      <w:color w:val="000000"/>
    </w:rPr>
  </w:style>
  <w:style w:type="character" w:customStyle="1" w:styleId="Kop1Char">
    <w:name w:val="Kop 1 Char"/>
    <w:basedOn w:val="Standaardalinea-lettertype"/>
    <w:link w:val="Kop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uiPriority w:val="9"/>
    <w:rsid w:val="00FC693F"/>
    <w:rPr>
      <w:rFonts w:asciiTheme="majorHAnsi" w:eastAsiaTheme="majorEastAsia" w:hAnsiTheme="majorHAnsi" w:cstheme="majorBidi"/>
      <w:b/>
      <w:bCs/>
      <w:color w:val="4F81BD" w:themeColor="accent1"/>
      <w:sz w:val="26"/>
      <w:szCs w:val="26"/>
    </w:rPr>
  </w:style>
  <w:style w:type="character" w:customStyle="1" w:styleId="Kop3Char">
    <w:name w:val="Kop 3 Char"/>
    <w:basedOn w:val="Standaardalinea-lettertype"/>
    <w:link w:val="Kop3"/>
    <w:uiPriority w:val="9"/>
    <w:rsid w:val="00FC693F"/>
    <w:rPr>
      <w:rFonts w:asciiTheme="majorHAnsi" w:eastAsiaTheme="majorEastAsia" w:hAnsiTheme="majorHAnsi" w:cstheme="majorBidi"/>
      <w:b/>
      <w:bCs/>
      <w:color w:val="4F81BD" w:themeColor="accent1"/>
    </w:rPr>
  </w:style>
  <w:style w:type="paragraph" w:styleId="Titel">
    <w:name w:val="Title"/>
    <w:basedOn w:val="Standaard"/>
    <w:next w:val="Standaard"/>
    <w:link w:val="TitelChar"/>
    <w:uiPriority w:val="10"/>
    <w:qFormat/>
    <w:rsid w:val="00FC693F"/>
    <w:pPr>
      <w:spacing w:before="200" w:after="160" w:line="240" w:lineRule="auto"/>
      <w:contextualSpacing/>
    </w:pPr>
    <w:rPr>
      <w:rFonts w:asciiTheme="majorHAnsi" w:eastAsiaTheme="majorEastAsia" w:hAnsiTheme="majorHAnsi" w:cstheme="majorBidi"/>
      <w:b/>
      <w:spacing w:val="5"/>
      <w:kern w:val="28"/>
      <w:sz w:val="44"/>
      <w:szCs w:val="52"/>
    </w:rPr>
  </w:style>
  <w:style w:type="character" w:customStyle="1" w:styleId="TitelChar">
    <w:name w:val="Titel Char"/>
    <w:basedOn w:val="Standaardalinea-lettertype"/>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Ondertitel">
    <w:name w:val="Subtitle"/>
    <w:basedOn w:val="Standaard"/>
    <w:next w:val="Standaard"/>
    <w:link w:val="OndertitelChar"/>
    <w:uiPriority w:val="11"/>
    <w:qFormat/>
    <w:rsid w:val="00FC693F"/>
    <w:pPr>
      <w:numPr>
        <w:ilvl w:val="1"/>
      </w:numPr>
    </w:pPr>
    <w:rPr>
      <w:rFonts w:asciiTheme="majorHAnsi" w:eastAsiaTheme="majorEastAsia" w:hAnsiTheme="majorHAnsi" w:cstheme="majorBidi"/>
      <w:i/>
      <w:iCs/>
      <w:spacing w:val="15"/>
      <w:szCs w:val="24"/>
    </w:rPr>
  </w:style>
  <w:style w:type="character" w:customStyle="1" w:styleId="OndertitelChar">
    <w:name w:val="Ondertitel Char"/>
    <w:basedOn w:val="Standaardalinea-lettertype"/>
    <w:link w:val="Ondertitel"/>
    <w:uiPriority w:val="11"/>
    <w:rsid w:val="00FC693F"/>
    <w:rPr>
      <w:rFonts w:asciiTheme="majorHAnsi" w:eastAsiaTheme="majorEastAsia" w:hAnsiTheme="majorHAnsi" w:cstheme="majorBidi"/>
      <w:i/>
      <w:iCs/>
      <w:color w:val="4F81BD" w:themeColor="accent1"/>
      <w:spacing w:val="15"/>
      <w:sz w:val="24"/>
      <w:szCs w:val="24"/>
    </w:rPr>
  </w:style>
  <w:style w:type="paragraph" w:styleId="Lijstalinea">
    <w:name w:val="List Paragraph"/>
    <w:basedOn w:val="Standaard"/>
    <w:uiPriority w:val="34"/>
    <w:qFormat/>
    <w:rsid w:val="00FC693F"/>
    <w:pPr>
      <w:ind w:left="720"/>
      <w:contextualSpacing/>
    </w:pPr>
  </w:style>
  <w:style w:type="paragraph" w:styleId="Plattetekst">
    <w:name w:val="Body Text"/>
    <w:basedOn w:val="Standaard"/>
    <w:link w:val="PlattetekstChar"/>
    <w:uiPriority w:val="99"/>
    <w:unhideWhenUsed/>
    <w:rsid w:val="00AA1D8D"/>
  </w:style>
  <w:style w:type="character" w:customStyle="1" w:styleId="PlattetekstChar">
    <w:name w:val="Platte tekst Char"/>
    <w:basedOn w:val="Standaardalinea-lettertype"/>
    <w:link w:val="Plattetekst"/>
    <w:uiPriority w:val="99"/>
    <w:rsid w:val="00AA1D8D"/>
  </w:style>
  <w:style w:type="paragraph" w:styleId="Plattetekst2">
    <w:name w:val="Body Text 2"/>
    <w:basedOn w:val="Standaard"/>
    <w:link w:val="Plattetekst2Char"/>
    <w:uiPriority w:val="99"/>
    <w:unhideWhenUsed/>
    <w:rsid w:val="00AA1D8D"/>
    <w:pPr>
      <w:spacing w:line="480" w:lineRule="auto"/>
    </w:pPr>
  </w:style>
  <w:style w:type="character" w:customStyle="1" w:styleId="Plattetekst2Char">
    <w:name w:val="Platte tekst 2 Char"/>
    <w:basedOn w:val="Standaardalinea-lettertype"/>
    <w:link w:val="Plattetekst2"/>
    <w:uiPriority w:val="99"/>
    <w:rsid w:val="00AA1D8D"/>
  </w:style>
  <w:style w:type="paragraph" w:styleId="Plattetekst3">
    <w:name w:val="Body Text 3"/>
    <w:basedOn w:val="Standaard"/>
    <w:link w:val="Plattetekst3Char"/>
    <w:uiPriority w:val="99"/>
    <w:unhideWhenUsed/>
    <w:rsid w:val="00AA1D8D"/>
    <w:rPr>
      <w:szCs w:val="16"/>
    </w:rPr>
  </w:style>
  <w:style w:type="character" w:customStyle="1" w:styleId="Plattetekst3Char">
    <w:name w:val="Platte tekst 3 Char"/>
    <w:basedOn w:val="Standaardalinea-lettertype"/>
    <w:link w:val="Plattetekst3"/>
    <w:uiPriority w:val="99"/>
    <w:rsid w:val="00AA1D8D"/>
    <w:rPr>
      <w:sz w:val="16"/>
      <w:szCs w:val="16"/>
    </w:rPr>
  </w:style>
  <w:style w:type="paragraph" w:styleId="Lijst">
    <w:name w:val="List"/>
    <w:basedOn w:val="Standaard"/>
    <w:uiPriority w:val="99"/>
    <w:unhideWhenUsed/>
    <w:rsid w:val="00AA1D8D"/>
    <w:pPr>
      <w:ind w:left="360" w:hanging="360"/>
      <w:contextualSpacing/>
    </w:pPr>
  </w:style>
  <w:style w:type="paragraph" w:styleId="Lijst2">
    <w:name w:val="List 2"/>
    <w:basedOn w:val="Standaard"/>
    <w:uiPriority w:val="99"/>
    <w:unhideWhenUsed/>
    <w:rsid w:val="00326F90"/>
    <w:pPr>
      <w:ind w:left="720" w:hanging="360"/>
      <w:contextualSpacing/>
    </w:pPr>
  </w:style>
  <w:style w:type="paragraph" w:styleId="Lijst3">
    <w:name w:val="List 3"/>
    <w:basedOn w:val="Standaard"/>
    <w:uiPriority w:val="99"/>
    <w:unhideWhenUsed/>
    <w:rsid w:val="00326F90"/>
    <w:pPr>
      <w:ind w:left="1080" w:hanging="360"/>
      <w:contextualSpacing/>
    </w:pPr>
  </w:style>
  <w:style w:type="paragraph" w:styleId="Lijstopsomteken">
    <w:name w:val="List Bullet"/>
    <w:basedOn w:val="Standaard"/>
    <w:uiPriority w:val="99"/>
    <w:unhideWhenUsed/>
    <w:rsid w:val="00326F90"/>
    <w:pPr>
      <w:numPr>
        <w:numId w:val="1"/>
      </w:numPr>
      <w:contextualSpacing/>
    </w:pPr>
  </w:style>
  <w:style w:type="paragraph" w:styleId="Lijstopsomteken2">
    <w:name w:val="List Bullet 2"/>
    <w:basedOn w:val="Standaard"/>
    <w:uiPriority w:val="99"/>
    <w:unhideWhenUsed/>
    <w:rsid w:val="00326F90"/>
    <w:pPr>
      <w:numPr>
        <w:numId w:val="2"/>
      </w:numPr>
      <w:contextualSpacing/>
    </w:pPr>
  </w:style>
  <w:style w:type="paragraph" w:styleId="Lijstopsomteken3">
    <w:name w:val="List Bullet 3"/>
    <w:basedOn w:val="Standaard"/>
    <w:uiPriority w:val="99"/>
    <w:unhideWhenUsed/>
    <w:rsid w:val="00326F90"/>
    <w:pPr>
      <w:numPr>
        <w:numId w:val="3"/>
      </w:numPr>
      <w:contextualSpacing/>
    </w:pPr>
  </w:style>
  <w:style w:type="paragraph" w:styleId="Lijstnummering">
    <w:name w:val="List Number"/>
    <w:basedOn w:val="Standaard"/>
    <w:uiPriority w:val="99"/>
    <w:unhideWhenUsed/>
    <w:rsid w:val="00326F90"/>
    <w:pPr>
      <w:numPr>
        <w:numId w:val="5"/>
      </w:numPr>
      <w:contextualSpacing/>
    </w:pPr>
  </w:style>
  <w:style w:type="paragraph" w:styleId="Lijstnummering2">
    <w:name w:val="List Number 2"/>
    <w:basedOn w:val="Standaard"/>
    <w:uiPriority w:val="99"/>
    <w:unhideWhenUsed/>
    <w:rsid w:val="0029639D"/>
    <w:pPr>
      <w:numPr>
        <w:numId w:val="6"/>
      </w:numPr>
      <w:contextualSpacing/>
    </w:pPr>
  </w:style>
  <w:style w:type="paragraph" w:styleId="Lijstnummering3">
    <w:name w:val="List Number 3"/>
    <w:basedOn w:val="Standaard"/>
    <w:uiPriority w:val="99"/>
    <w:unhideWhenUsed/>
    <w:rsid w:val="0029639D"/>
    <w:pPr>
      <w:numPr>
        <w:numId w:val="7"/>
      </w:numPr>
      <w:contextualSpacing/>
    </w:pPr>
  </w:style>
  <w:style w:type="paragraph" w:styleId="Lijstvoortzetting">
    <w:name w:val="List Continue"/>
    <w:basedOn w:val="Standaard"/>
    <w:uiPriority w:val="99"/>
    <w:unhideWhenUsed/>
    <w:rsid w:val="0029639D"/>
    <w:pPr>
      <w:ind w:left="360"/>
      <w:contextualSpacing/>
    </w:pPr>
  </w:style>
  <w:style w:type="paragraph" w:styleId="Lijstvoortzetting2">
    <w:name w:val="List Continue 2"/>
    <w:basedOn w:val="Standaard"/>
    <w:uiPriority w:val="99"/>
    <w:unhideWhenUsed/>
    <w:rsid w:val="0029639D"/>
    <w:pPr>
      <w:ind w:left="720"/>
      <w:contextualSpacing/>
    </w:pPr>
  </w:style>
  <w:style w:type="paragraph" w:styleId="Lijstvoortzetting3">
    <w:name w:val="List Continue 3"/>
    <w:basedOn w:val="Standaard"/>
    <w:uiPriority w:val="99"/>
    <w:unhideWhenUsed/>
    <w:rsid w:val="0029639D"/>
    <w:pPr>
      <w:ind w:left="1080"/>
      <w:contextualSpacing/>
    </w:pPr>
  </w:style>
  <w:style w:type="paragraph" w:styleId="Macrotekst">
    <w:name w:val="macro"/>
    <w:link w:val="Macroteks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color w:val="000000"/>
      <w:szCs w:val="20"/>
    </w:rPr>
  </w:style>
  <w:style w:type="character" w:customStyle="1" w:styleId="MacrotekstChar">
    <w:name w:val="Macrotekst Char"/>
    <w:basedOn w:val="Standaardalinea-lettertype"/>
    <w:link w:val="Macrotekst"/>
    <w:uiPriority w:val="99"/>
    <w:rsid w:val="0029639D"/>
    <w:rPr>
      <w:rFonts w:ascii="Courier" w:hAnsi="Courier"/>
      <w:sz w:val="20"/>
      <w:szCs w:val="20"/>
    </w:rPr>
  </w:style>
  <w:style w:type="paragraph" w:styleId="Citaat">
    <w:name w:val="Quote"/>
    <w:basedOn w:val="Standaard"/>
    <w:next w:val="Standaard"/>
    <w:link w:val="CitaatChar"/>
    <w:uiPriority w:val="29"/>
    <w:qFormat/>
    <w:rsid w:val="00FC693F"/>
    <w:rPr>
      <w:i/>
      <w:iCs/>
    </w:rPr>
  </w:style>
  <w:style w:type="character" w:customStyle="1" w:styleId="CitaatChar">
    <w:name w:val="Citaat Char"/>
    <w:basedOn w:val="Standaardalinea-lettertype"/>
    <w:link w:val="Citaat"/>
    <w:uiPriority w:val="29"/>
    <w:rsid w:val="00FC693F"/>
    <w:rPr>
      <w:i/>
      <w:iCs/>
      <w:color w:val="000000" w:themeColor="text1"/>
    </w:rPr>
  </w:style>
  <w:style w:type="character" w:customStyle="1" w:styleId="Kop4Char">
    <w:name w:val="Kop 4 Char"/>
    <w:basedOn w:val="Standaardalinea-lettertype"/>
    <w:link w:val="Kop4"/>
    <w:uiPriority w:val="9"/>
    <w:semiHidden/>
    <w:rsid w:val="00FC693F"/>
    <w:rPr>
      <w:rFonts w:asciiTheme="majorHAnsi" w:eastAsiaTheme="majorEastAsia" w:hAnsiTheme="majorHAnsi" w:cstheme="majorBidi"/>
      <w:b/>
      <w:bCs/>
      <w:i/>
      <w:iCs/>
      <w:color w:val="4F81BD" w:themeColor="accent1"/>
    </w:rPr>
  </w:style>
  <w:style w:type="character" w:customStyle="1" w:styleId="Kop5Char">
    <w:name w:val="Kop 5 Char"/>
    <w:basedOn w:val="Standaardalinea-lettertype"/>
    <w:link w:val="Kop5"/>
    <w:uiPriority w:val="9"/>
    <w:semiHidden/>
    <w:rsid w:val="00FC693F"/>
    <w:rPr>
      <w:rFonts w:asciiTheme="majorHAnsi" w:eastAsiaTheme="majorEastAsia" w:hAnsiTheme="majorHAnsi" w:cstheme="majorBidi"/>
      <w:color w:val="243F60" w:themeColor="accent1" w:themeShade="7F"/>
    </w:rPr>
  </w:style>
  <w:style w:type="character" w:customStyle="1" w:styleId="Kop6Char">
    <w:name w:val="Kop 6 Char"/>
    <w:basedOn w:val="Standaardalinea-lettertype"/>
    <w:link w:val="Kop6"/>
    <w:uiPriority w:val="9"/>
    <w:semiHidden/>
    <w:rsid w:val="00FC693F"/>
    <w:rPr>
      <w:rFonts w:asciiTheme="majorHAnsi" w:eastAsiaTheme="majorEastAsia" w:hAnsiTheme="majorHAnsi" w:cstheme="majorBidi"/>
      <w:i/>
      <w:iCs/>
      <w:color w:val="243F60" w:themeColor="accent1" w:themeShade="7F"/>
    </w:rPr>
  </w:style>
  <w:style w:type="character" w:customStyle="1" w:styleId="Kop7Char">
    <w:name w:val="Kop 7 Char"/>
    <w:basedOn w:val="Standaardalinea-lettertype"/>
    <w:link w:val="Kop7"/>
    <w:uiPriority w:val="9"/>
    <w:semiHidden/>
    <w:rsid w:val="00FC693F"/>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FC693F"/>
    <w:rPr>
      <w:rFonts w:asciiTheme="majorHAnsi" w:eastAsiaTheme="majorEastAsia" w:hAnsiTheme="majorHAnsi" w:cstheme="majorBidi"/>
      <w:color w:val="4F81BD" w:themeColor="accent1"/>
      <w:sz w:val="20"/>
      <w:szCs w:val="20"/>
    </w:rPr>
  </w:style>
  <w:style w:type="character" w:customStyle="1" w:styleId="Kop9Char">
    <w:name w:val="Kop 9 Char"/>
    <w:basedOn w:val="Standaardalinea-lettertype"/>
    <w:link w:val="Kop9"/>
    <w:uiPriority w:val="9"/>
    <w:semiHidden/>
    <w:rsid w:val="00FC693F"/>
    <w:rPr>
      <w:rFonts w:asciiTheme="majorHAnsi" w:eastAsiaTheme="majorEastAsia" w:hAnsiTheme="majorHAnsi" w:cstheme="majorBidi"/>
      <w:i/>
      <w:iCs/>
      <w:color w:val="404040" w:themeColor="text1" w:themeTint="BF"/>
      <w:sz w:val="20"/>
      <w:szCs w:val="20"/>
    </w:rPr>
  </w:style>
  <w:style w:type="paragraph" w:styleId="Bijschrift">
    <w:name w:val="caption"/>
    <w:basedOn w:val="Standaard"/>
    <w:next w:val="Standaard"/>
    <w:uiPriority w:val="35"/>
    <w:semiHidden/>
    <w:unhideWhenUsed/>
    <w:qFormat/>
    <w:rsid w:val="00FC693F"/>
    <w:pPr>
      <w:spacing w:line="240" w:lineRule="auto"/>
    </w:pPr>
    <w:rPr>
      <w:b/>
      <w:bCs/>
      <w:szCs w:val="18"/>
    </w:rPr>
  </w:style>
  <w:style w:type="character" w:styleId="Zwaar">
    <w:name w:val="Strong"/>
    <w:basedOn w:val="Standaardalinea-lettertype"/>
    <w:uiPriority w:val="22"/>
    <w:qFormat/>
    <w:rsid w:val="00FC693F"/>
    <w:rPr>
      <w:b/>
      <w:bCs/>
    </w:rPr>
  </w:style>
  <w:style w:type="character" w:styleId="Nadruk">
    <w:name w:val="Emphasis"/>
    <w:basedOn w:val="Standaardalinea-lettertype"/>
    <w:uiPriority w:val="20"/>
    <w:qFormat/>
    <w:rsid w:val="00FC693F"/>
    <w:rPr>
      <w:i/>
      <w:iCs/>
    </w:rPr>
  </w:style>
  <w:style w:type="paragraph" w:styleId="Duidelijkcitaat">
    <w:name w:val="Intense Quote"/>
    <w:basedOn w:val="Standaard"/>
    <w:next w:val="Standaard"/>
    <w:link w:val="DuidelijkcitaatChar"/>
    <w:uiPriority w:val="30"/>
    <w:qFormat/>
    <w:rsid w:val="00FC693F"/>
    <w:pPr>
      <w:spacing w:before="200" w:after="280"/>
      <w:ind w:left="936" w:right="936"/>
    </w:pPr>
    <w:rPr>
      <w:b/>
      <w:bCs/>
      <w:i/>
      <w:iCs/>
    </w:rPr>
  </w:style>
  <w:style w:type="character" w:customStyle="1" w:styleId="DuidelijkcitaatChar">
    <w:name w:val="Duidelijk citaat Char"/>
    <w:basedOn w:val="Standaardalinea-lettertype"/>
    <w:link w:val="Duidelijkcitaat"/>
    <w:uiPriority w:val="30"/>
    <w:rsid w:val="00FC693F"/>
    <w:rPr>
      <w:b/>
      <w:bCs/>
      <w:i/>
      <w:iCs/>
      <w:color w:val="4F81BD" w:themeColor="accent1"/>
    </w:rPr>
  </w:style>
  <w:style w:type="character" w:styleId="Subtielebenadrukking">
    <w:name w:val="Subtle Emphasis"/>
    <w:basedOn w:val="Standaardalinea-lettertype"/>
    <w:uiPriority w:val="19"/>
    <w:qFormat/>
    <w:rsid w:val="00FC693F"/>
    <w:rPr>
      <w:i/>
      <w:iCs/>
      <w:color w:val="808080" w:themeColor="text1" w:themeTint="7F"/>
    </w:rPr>
  </w:style>
  <w:style w:type="character" w:styleId="Intensievebenadrukking">
    <w:name w:val="Intense Emphasis"/>
    <w:basedOn w:val="Standaardalinea-lettertype"/>
    <w:uiPriority w:val="21"/>
    <w:qFormat/>
    <w:rsid w:val="00FC693F"/>
    <w:rPr>
      <w:b/>
      <w:bCs/>
      <w:i/>
      <w:iCs/>
      <w:color w:val="4F81BD" w:themeColor="accent1"/>
    </w:rPr>
  </w:style>
  <w:style w:type="character" w:styleId="Subtieleverwijzing">
    <w:name w:val="Subtle Reference"/>
    <w:basedOn w:val="Standaardalinea-lettertype"/>
    <w:uiPriority w:val="31"/>
    <w:qFormat/>
    <w:rsid w:val="00FC693F"/>
    <w:rPr>
      <w:smallCaps/>
      <w:color w:val="C0504D" w:themeColor="accent2"/>
      <w:u w:val="single"/>
    </w:rPr>
  </w:style>
  <w:style w:type="character" w:styleId="Intensieveverwijzing">
    <w:name w:val="Intense Reference"/>
    <w:basedOn w:val="Standaardalinea-lettertype"/>
    <w:uiPriority w:val="32"/>
    <w:qFormat/>
    <w:rsid w:val="00FC693F"/>
    <w:rPr>
      <w:b/>
      <w:bCs/>
      <w:smallCaps/>
      <w:color w:val="C0504D" w:themeColor="accent2"/>
      <w:spacing w:val="5"/>
      <w:u w:val="single"/>
    </w:rPr>
  </w:style>
  <w:style w:type="character" w:styleId="Titelvanboek">
    <w:name w:val="Book Title"/>
    <w:basedOn w:val="Standaardalinea-lettertype"/>
    <w:uiPriority w:val="33"/>
    <w:qFormat/>
    <w:rsid w:val="00FC693F"/>
    <w:rPr>
      <w:b/>
      <w:bCs/>
      <w:smallCaps/>
      <w:spacing w:val="5"/>
    </w:rPr>
  </w:style>
  <w:style w:type="paragraph" w:styleId="Kopvaninhoudsopgave">
    <w:name w:val="TOC Heading"/>
    <w:basedOn w:val="Kop1"/>
    <w:next w:val="Standaard"/>
    <w:uiPriority w:val="39"/>
    <w:semiHidden/>
    <w:unhideWhenUsed/>
    <w:qFormat/>
    <w:rsid w:val="00FC693F"/>
    <w:pPr>
      <w:outlineLvl w:val="9"/>
    </w:pPr>
    <w:rPr>
      <w:rFonts w:ascii="Calibri" w:hAnsi="Calibri"/>
      <w:sz w:val="22"/>
    </w:rPr>
  </w:style>
  <w:style w:type="table" w:styleId="Tabelraster">
    <w:name w:val="Table Grid"/>
    <w:basedOn w:val="Standaardtab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chtearcering">
    <w:name w:val="Light Shading"/>
    <w:basedOn w:val="Standaardtab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chtearcering-accent2">
    <w:name w:val="Light Shading Accent 2"/>
    <w:basedOn w:val="Standaardtab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chtearcering-accent3">
    <w:name w:val="Light Shading Accent 3"/>
    <w:basedOn w:val="Standaardtab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chtearcering-accent4">
    <w:name w:val="Light Shading Accent 4"/>
    <w:basedOn w:val="Standaardtab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chtearcering-accent5">
    <w:name w:val="Light Shading Accent 5"/>
    <w:basedOn w:val="Standaardtab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chtearcering-accent6">
    <w:name w:val="Light Shading Accent 6"/>
    <w:basedOn w:val="Standaardtab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chtelijst">
    <w:name w:val="Light List"/>
    <w:basedOn w:val="Standaardtab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chtelijst-accent2">
    <w:name w:val="Light List Accent 2"/>
    <w:basedOn w:val="Standaardtab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chtelijst-accent3">
    <w:name w:val="Light List Accent 3"/>
    <w:basedOn w:val="Standaardtab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chtelijst-accent4">
    <w:name w:val="Light List Accent 4"/>
    <w:basedOn w:val="Standaardtab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chtelijst-accent5">
    <w:name w:val="Light List Accent 5"/>
    <w:basedOn w:val="Standaardtab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chtelijst-accent6">
    <w:name w:val="Light List Accent 6"/>
    <w:basedOn w:val="Standaardtab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chtraster">
    <w:name w:val="Light Grid"/>
    <w:basedOn w:val="Standaardtab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chtraster-accent2">
    <w:name w:val="Light Grid Accent 2"/>
    <w:basedOn w:val="Standaardtab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chtraster-accent3">
    <w:name w:val="Light Grid Accent 3"/>
    <w:basedOn w:val="Standaardtab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chtraster-accent4">
    <w:name w:val="Light Grid Accent 4"/>
    <w:basedOn w:val="Standaardtab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chtraster-accent5">
    <w:name w:val="Light Grid Accent 5"/>
    <w:basedOn w:val="Standaardtab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chtraster-accent6">
    <w:name w:val="Light Grid Accent 6"/>
    <w:basedOn w:val="Standaardtab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Gemiddeldearcering1">
    <w:name w:val="Medium Shading 1"/>
    <w:basedOn w:val="Standaardtab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lijst1">
    <w:name w:val="Medium List 1"/>
    <w:basedOn w:val="Standaardtab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Gemiddeldelijst1-accent2">
    <w:name w:val="Medium List 1 Accent 2"/>
    <w:basedOn w:val="Standaardtab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Gemiddeldelijst1-accent3">
    <w:name w:val="Medium List 1 Accent 3"/>
    <w:basedOn w:val="Standaardtab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Gemiddeldelijst1-accent4">
    <w:name w:val="Medium List 1 Accent 4"/>
    <w:basedOn w:val="Standaardtab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Gemiddeldelijst1-accent5">
    <w:name w:val="Medium List 1 Accent 5"/>
    <w:basedOn w:val="Standaardtab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Gemiddeldelijst1-accent6">
    <w:name w:val="Medium List 1 Accent 6"/>
    <w:basedOn w:val="Standaardtab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Gemiddeldelijst2">
    <w:name w:val="Medium Lis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raster1">
    <w:name w:val="Medium Grid 1"/>
    <w:basedOn w:val="Standaardtab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emiddeldraster1-accent2">
    <w:name w:val="Medium Grid 1 Accent 2"/>
    <w:basedOn w:val="Standaardtab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emiddeldraster1-accent3">
    <w:name w:val="Medium Grid 1 Accent 3"/>
    <w:basedOn w:val="Standaardtab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emiddeldraster1-accent4">
    <w:name w:val="Medium Grid 1 Accent 4"/>
    <w:basedOn w:val="Standaardtab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emiddeldraster1-accent5">
    <w:name w:val="Medium Grid 1 Accent 5"/>
    <w:basedOn w:val="Standaardtab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emiddeldraster1-accent6">
    <w:name w:val="Medium Grid 1 Accent 6"/>
    <w:basedOn w:val="Standaardtab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emiddeldraster2">
    <w:name w:val="Medium Grid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emiddeldraster3-accent2">
    <w:name w:val="Medium Grid 3 Accent 2"/>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emiddeldraster3-accent3">
    <w:name w:val="Medium Grid 3 Accent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emiddeldraster3-accent4">
    <w:name w:val="Medium Grid 3 Accent 4"/>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emiddeldraster3-accent5">
    <w:name w:val="Medium Grid 3 Accent 5"/>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emiddeldraster3-accent6">
    <w:name w:val="Medium Grid 3 Accent 6"/>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onkerelijst">
    <w:name w:val="Dark List"/>
    <w:basedOn w:val="Standaardtab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onkerelijst-accent2">
    <w:name w:val="Dark List Accent 2"/>
    <w:basedOn w:val="Standaardtab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onkerelijst-accent3">
    <w:name w:val="Dark List Accent 3"/>
    <w:basedOn w:val="Standaardtab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onkerelijst-accent4">
    <w:name w:val="Dark List Accent 4"/>
    <w:basedOn w:val="Standaardtab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onkerelijst-accent5">
    <w:name w:val="Dark List Accent 5"/>
    <w:basedOn w:val="Standaardtab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onkerelijst-accent6">
    <w:name w:val="Dark List Accent 6"/>
    <w:basedOn w:val="Standaardtab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leurrijkearcering">
    <w:name w:val="Colorful Shading"/>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leurrijkearcering-accent4">
    <w:name w:val="Colorful Shading Accent 4"/>
    <w:basedOn w:val="Standaardtab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leurrijkelijst-accent2">
    <w:name w:val="Colorful List Accent 2"/>
    <w:basedOn w:val="Standaardtab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leurrijkelijst-accent3">
    <w:name w:val="Colorful List Accent 3"/>
    <w:basedOn w:val="Standaardtab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leurrijkelijst-accent4">
    <w:name w:val="Colorful List Accent 4"/>
    <w:basedOn w:val="Standaardtab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leurrijkelijst-accent5">
    <w:name w:val="Colorful List Accent 5"/>
    <w:basedOn w:val="Standaardtab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leurrijkelijst-accent6">
    <w:name w:val="Colorful List Accent 6"/>
    <w:basedOn w:val="Standaardtab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leurrijkraster">
    <w:name w:val="Colorful Grid"/>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leurrijkraster-accent2">
    <w:name w:val="Colorful Grid Accent 2"/>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leurrijkraster-accent3">
    <w:name w:val="Colorful Grid Accent 3"/>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leurrijkraster-accent4">
    <w:name w:val="Colorful Grid Accent 4"/>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leurrijkraster-accent5">
    <w:name w:val="Colorful Grid Accent 5"/>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leurrijkraster-accent6">
    <w:name w:val="Colorful Grid Accent 6"/>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amersfoort.nl/sites/default/files/2026-07/format-begroting-subsidieregeling-aanpak-ter-voorkoming-van-complexe-scheidingen.xlsx"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um_x0020_document xmlns="f6012d73-c7ee-46d8-a605-47bff672b9fe" xsi:nil="true"/>
    <lcf76f155ced4ddcb4097134ff3c332f xmlns="f6012d73-c7ee-46d8-a605-47bff672b9fe">
      <Terms xmlns="http://schemas.microsoft.com/office/infopath/2007/PartnerControls"/>
    </lcf76f155ced4ddcb4097134ff3c332f>
    <TaxCatchAll xmlns="8f94229b-68b7-40cd-9a74-4ec21df0df00" xsi:nil="true"/>
    <Documenttype xmlns="f6012d73-c7ee-46d8-a605-47bff672b9f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D248FE4C048A149A4994E517F11B4F0" ma:contentTypeVersion="18" ma:contentTypeDescription="Een nieuw document maken." ma:contentTypeScope="" ma:versionID="215237986ed4590849917feb277ce617">
  <xsd:schema xmlns:xsd="http://www.w3.org/2001/XMLSchema" xmlns:xs="http://www.w3.org/2001/XMLSchema" xmlns:p="http://schemas.microsoft.com/office/2006/metadata/properties" xmlns:ns2="f6012d73-c7ee-46d8-a605-47bff672b9fe" xmlns:ns3="8f94229b-68b7-40cd-9a74-4ec21df0df00" targetNamespace="http://schemas.microsoft.com/office/2006/metadata/properties" ma:root="true" ma:fieldsID="3c53debd8704f669dd9191d4d3fe5e06" ns2:_="" ns3:_="">
    <xsd:import namespace="f6012d73-c7ee-46d8-a605-47bff672b9fe"/>
    <xsd:import namespace="8f94229b-68b7-40cd-9a74-4ec21df0df00"/>
    <xsd:element name="properties">
      <xsd:complexType>
        <xsd:sequence>
          <xsd:element name="documentManagement">
            <xsd:complexType>
              <xsd:all>
                <xsd:element ref="ns2:Datum_x0020_document" minOccurs="0"/>
                <xsd:element ref="ns2:Documenttype" minOccurs="0"/>
                <xsd:element ref="ns3:SharedWithUsers" minOccurs="0"/>
                <xsd:element ref="ns3:SharedWithDetails"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012d73-c7ee-46d8-a605-47bff672b9fe" elementFormDefault="qualified">
    <xsd:import namespace="http://schemas.microsoft.com/office/2006/documentManagement/types"/>
    <xsd:import namespace="http://schemas.microsoft.com/office/infopath/2007/PartnerControls"/>
    <xsd:element name="Datum_x0020_document" ma:index="4" nillable="true" ma:displayName="Datum document" ma:format="DateOnly" ma:internalName="Datum_x0020_document" ma:readOnly="false">
      <xsd:simpleType>
        <xsd:restriction base="dms:DateTime"/>
      </xsd:simpleType>
    </xsd:element>
    <xsd:element name="Documenttype" ma:index="5" nillable="true" ma:displayName="Documenttype" ma:format="Dropdown" ma:internalName="Documenttype" ma:readOnly="false">
      <xsd:simpleType>
        <xsd:restriction base="dms:Choice">
          <xsd:enumeration value="Advies"/>
          <xsd:enumeration value="Agenda"/>
          <xsd:enumeration value="Besluit"/>
          <xsd:enumeration value="Checklist"/>
          <xsd:enumeration value="Plan"/>
          <xsd:enumeration value="Overeenkomst"/>
          <xsd:enumeration value="Notitie"/>
          <xsd:enumeration value="Opdracht"/>
          <xsd:enumeration value="Verzoek"/>
          <xsd:enumeration value="Afbeelding"/>
          <xsd:enumeration value="Bevestiging"/>
          <xsd:enumeration value="Melding"/>
          <xsd:enumeration value="Verslag"/>
          <xsd:enumeration value="Identificatiebewijs"/>
          <xsd:enumeration value="Offerte"/>
          <xsd:enumeration value="Factuur"/>
          <xsd:enumeration value="Werkinstructie"/>
        </xsd:restriction>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388b94e4-faf0-4286-a14b-6aee6575d8db"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f94229b-68b7-40cd-9a74-4ec21df0df00"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22" nillable="true" ma:displayName="Taxonomy Catch All Column" ma:hidden="true" ma:list="{d51a2b27-ab69-4b55-b44c-34cdeff9bd8b}" ma:internalName="TaxCatchAll" ma:showField="CatchAllData" ma:web="8f94229b-68b7-40cd-9a74-4ec21df0df0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Inhoudstype"/>
        <xsd:element ref="dc:title" minOccurs="0" maxOccurs="1" ma:index="3"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AB3581-7D8D-4887-A03A-97C6C5796BC0}">
  <ds:schemaRefs>
    <ds:schemaRef ds:uri="http://schemas.microsoft.com/office/2006/metadata/properties"/>
    <ds:schemaRef ds:uri="http://schemas.microsoft.com/office/infopath/2007/PartnerControls"/>
    <ds:schemaRef ds:uri="f6012d73-c7ee-46d8-a605-47bff672b9fe"/>
    <ds:schemaRef ds:uri="8f94229b-68b7-40cd-9a74-4ec21df0df00"/>
  </ds:schemaRefs>
</ds:datastoreItem>
</file>

<file path=customXml/itemProps2.xml><?xml version="1.0" encoding="utf-8"?>
<ds:datastoreItem xmlns:ds="http://schemas.openxmlformats.org/officeDocument/2006/customXml" ds:itemID="{225DFCED-A38B-4387-B69B-9D36E2AD77F1}">
  <ds:schemaRefs>
    <ds:schemaRef ds:uri="http://schemas.microsoft.com/sharepoint/v3/contenttype/forms"/>
  </ds:schemaRefs>
</ds:datastoreItem>
</file>

<file path=customXml/itemProps3.xml><?xml version="1.0" encoding="utf-8"?>
<ds:datastoreItem xmlns:ds="http://schemas.openxmlformats.org/officeDocument/2006/customXml" ds:itemID="{161816A2-A7E5-4763-8857-CEE7689919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012d73-c7ee-46d8-a605-47bff672b9fe"/>
    <ds:schemaRef ds:uri="8f94229b-68b7-40cd-9a74-4ec21df0df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1453</Words>
  <Characters>7994</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9429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Voorbeeld aanvraagformulier WOP – alleen ter voorbereiding</dc:title>
  <dc:subject/>
  <dc:creator>python-docx</dc:creator>
  <cp:keywords/>
  <dc:description>generated by python-docx</dc:description>
  <cp:lastModifiedBy>Daan Vos</cp:lastModifiedBy>
  <cp:revision>2</cp:revision>
  <dcterms:created xsi:type="dcterms:W3CDTF">2013-12-23T23:15:00Z</dcterms:created>
  <dcterms:modified xsi:type="dcterms:W3CDTF">2026-09-16T09:16:00Z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0x010100AD248FE4C048A149A4994E517F11B4F0</vt:lpwstr>
  </property>
  <property fmtid="{D5CDD505-2E9C-101B-9397-08002B2CF9AE}" pid="3" name="MSIP_Label_36385424-4abe-4cf8-8898-c76487689253_Enabled">
    <vt:lpwstr>true</vt:lpwstr>
  </property>
  <property fmtid="{D5CDD505-2E9C-101B-9397-08002B2CF9AE}" pid="4" name="MSIP_Label_36385424-4abe-4cf8-8898-c76487689253_SetDate">
    <vt:lpwstr>2026-09-16T09:16:20Z</vt:lpwstr>
  </property>
  <property fmtid="{D5CDD505-2E9C-101B-9397-08002B2CF9AE}" pid="5" name="MSIP_Label_36385424-4abe-4cf8-8898-c76487689253_Method">
    <vt:lpwstr>Standard</vt:lpwstr>
  </property>
  <property fmtid="{D5CDD505-2E9C-101B-9397-08002B2CF9AE}" pid="6" name="MSIP_Label_36385424-4abe-4cf8-8898-c76487689253_Name">
    <vt:lpwstr>Bedrijfsvertrouwelijk</vt:lpwstr>
  </property>
  <property fmtid="{D5CDD505-2E9C-101B-9397-08002B2CF9AE}" pid="7" name="MSIP_Label_36385424-4abe-4cf8-8898-c76487689253_SiteId">
    <vt:lpwstr>d9cef3d2-0eb3-4504-b431-80c617bfc930</vt:lpwstr>
  </property>
  <property fmtid="{D5CDD505-2E9C-101B-9397-08002B2CF9AE}" pid="8" name="MSIP_Label_36385424-4abe-4cf8-8898-c76487689253_ActionId">
    <vt:lpwstr>d3fd21c3-9166-47bf-ac9c-666b75d9cabd</vt:lpwstr>
  </property>
  <property fmtid="{D5CDD505-2E9C-101B-9397-08002B2CF9AE}" pid="9" name="MSIP_Label_36385424-4abe-4cf8-8898-c76487689253_ContentBits">
    <vt:lpwstr>0</vt:lpwstr>
  </property>
  <property fmtid="{D5CDD505-2E9C-101B-9397-08002B2CF9AE}" pid="10" name="MSIP_Label_36385424-4abe-4cf8-8898-c76487689253_Tag">
    <vt:lpwstr>10, 3, 0, 1</vt:lpwstr>
  </property>
  <property fmtid="{D5CDD505-2E9C-101B-9397-08002B2CF9AE}" pid="11" name="MediaServiceImageTags">
    <vt:lpwstr/>
  </property>
</Properties>
</file>